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2B773" w14:textId="77777777" w:rsidR="00CB07BD" w:rsidRDefault="00395733">
      <w:pPr>
        <w:spacing w:after="0"/>
        <w:jc w:val="center"/>
      </w:pPr>
      <w:r>
        <w:rPr>
          <w:b/>
        </w:rPr>
        <w:t>Uchwała nr 39/2026</w:t>
      </w:r>
    </w:p>
    <w:p w14:paraId="62B47D82" w14:textId="77777777" w:rsidR="00CB07BD" w:rsidRDefault="00395733">
      <w:pPr>
        <w:spacing w:after="0"/>
        <w:jc w:val="center"/>
      </w:pPr>
      <w:r>
        <w:rPr>
          <w:b/>
        </w:rPr>
        <w:t>Senatu</w:t>
      </w:r>
      <w:r>
        <w:rPr>
          <w:b/>
        </w:rPr>
        <w:br/>
        <w:t>Akademii Bialskiej im. Jana Pawła II</w:t>
      </w:r>
    </w:p>
    <w:p w14:paraId="413FD00C" w14:textId="77777777" w:rsidR="00CB07BD" w:rsidRDefault="00395733">
      <w:pPr>
        <w:spacing w:after="360"/>
        <w:jc w:val="center"/>
      </w:pPr>
      <w:r>
        <w:rPr>
          <w:b/>
        </w:rPr>
        <w:t>z dnia 17 września 2026 roku</w:t>
      </w:r>
    </w:p>
    <w:p w14:paraId="481D44CF" w14:textId="77777777" w:rsidR="00CB07BD" w:rsidRDefault="00395733">
      <w:pPr>
        <w:spacing w:after="480"/>
        <w:jc w:val="center"/>
      </w:pPr>
      <w:r w:rsidRPr="00493CD1">
        <w:rPr>
          <w:bCs/>
        </w:rPr>
        <w:t>w sprawie</w:t>
      </w:r>
      <w:r>
        <w:rPr>
          <w:b/>
        </w:rPr>
        <w:t>: zatwierdzenia programów studiów podyplomowych</w:t>
      </w:r>
    </w:p>
    <w:p w14:paraId="25E59AFC" w14:textId="77777777" w:rsidR="00CB07BD" w:rsidRDefault="00395733">
      <w:pPr>
        <w:spacing w:after="360"/>
        <w:jc w:val="both"/>
      </w:pPr>
      <w:r>
        <w:t>Działając na podstawie art. 28 ust. 1 pkt 11 ustawy z dnia 20 lipca 2018 r. – Prawo o szkolnictwie wyższym i nauce oraz Statutu Akademii Bialskiej im. Jana Pawła II, uchwala się, co następuje:</w:t>
      </w:r>
    </w:p>
    <w:p w14:paraId="74776A98" w14:textId="77777777" w:rsidR="00CB07BD" w:rsidRDefault="00395733">
      <w:pPr>
        <w:spacing w:after="240"/>
        <w:jc w:val="center"/>
      </w:pPr>
      <w:r>
        <w:rPr>
          <w:b/>
        </w:rPr>
        <w:t>§ 1</w:t>
      </w:r>
    </w:p>
    <w:p w14:paraId="24413A23" w14:textId="77777777" w:rsidR="00CB07BD" w:rsidRDefault="00395733">
      <w:pPr>
        <w:spacing w:after="360"/>
        <w:jc w:val="both"/>
      </w:pPr>
      <w:r>
        <w:t>Senat Akademii Bialskiej im. Jana Pawła II zatwierdza programy studiów podyplomowych wymienionych w wykazie stanowiącym załącznik do niniejszej uchwały.</w:t>
      </w:r>
    </w:p>
    <w:p w14:paraId="7560205C" w14:textId="77777777" w:rsidR="00CB07BD" w:rsidRDefault="00395733">
      <w:pPr>
        <w:spacing w:after="240"/>
        <w:jc w:val="center"/>
      </w:pPr>
      <w:r>
        <w:rPr>
          <w:b/>
        </w:rPr>
        <w:t>§ 2</w:t>
      </w:r>
    </w:p>
    <w:p w14:paraId="43827270" w14:textId="7E6CFDFD" w:rsidR="006A27D4" w:rsidRDefault="00395733">
      <w:pPr>
        <w:spacing w:after="240"/>
        <w:jc w:val="both"/>
      </w:pPr>
      <w:proofErr w:type="spellStart"/>
      <w:r>
        <w:t>Uchwała</w:t>
      </w:r>
      <w:proofErr w:type="spellEnd"/>
      <w:r>
        <w:t xml:space="preserve"> </w:t>
      </w:r>
      <w:proofErr w:type="spellStart"/>
      <w:r>
        <w:t>wchodzi</w:t>
      </w:r>
      <w:proofErr w:type="spellEnd"/>
      <w:r>
        <w:t xml:space="preserve"> w </w:t>
      </w:r>
      <w:proofErr w:type="spellStart"/>
      <w:r>
        <w:t>życie</w:t>
      </w:r>
      <w:proofErr w:type="spellEnd"/>
      <w:r>
        <w:t xml:space="preserve"> z </w:t>
      </w:r>
      <w:proofErr w:type="spellStart"/>
      <w:r>
        <w:t>dniem</w:t>
      </w:r>
      <w:proofErr w:type="spellEnd"/>
      <w:r>
        <w:t xml:space="preserve"> </w:t>
      </w:r>
      <w:proofErr w:type="spellStart"/>
      <w:r>
        <w:t>podjęcia</w:t>
      </w:r>
      <w:proofErr w:type="spellEnd"/>
      <w:r>
        <w:t>.</w:t>
      </w:r>
    </w:p>
    <w:p w14:paraId="1F7630BE" w14:textId="77777777" w:rsidR="006A27D4" w:rsidRDefault="006A27D4">
      <w:pPr>
        <w:spacing w:after="240"/>
        <w:jc w:val="both"/>
      </w:pPr>
    </w:p>
    <w:p w14:paraId="2FCF11CA" w14:textId="77777777" w:rsidR="00823853" w:rsidRPr="00823853" w:rsidRDefault="00823853" w:rsidP="00823853">
      <w:pPr>
        <w:spacing w:after="0"/>
        <w:ind w:left="2124" w:firstLine="708"/>
        <w:jc w:val="center"/>
        <w:rPr>
          <w:rFonts w:eastAsia="Calibri" w:cs="Times New Roman"/>
          <w:b/>
          <w:szCs w:val="24"/>
          <w:lang w:val="pl-PL"/>
        </w:rPr>
      </w:pPr>
      <w:r w:rsidRPr="00823853">
        <w:rPr>
          <w:rFonts w:eastAsia="Calibri" w:cs="Times New Roman"/>
          <w:b/>
          <w:szCs w:val="24"/>
          <w:lang w:val="pl-PL"/>
        </w:rPr>
        <w:t>prof. dr hab. Jerzy Nitychoruk</w:t>
      </w:r>
    </w:p>
    <w:p w14:paraId="35EA3B84" w14:textId="77777777" w:rsidR="00823853" w:rsidRPr="00823853" w:rsidRDefault="00823853" w:rsidP="00823853">
      <w:pPr>
        <w:spacing w:after="0"/>
        <w:ind w:left="2124" w:firstLine="708"/>
        <w:jc w:val="center"/>
        <w:rPr>
          <w:rFonts w:eastAsia="Calibri" w:cs="Times New Roman"/>
          <w:b/>
          <w:szCs w:val="24"/>
          <w:lang w:val="pl-PL"/>
        </w:rPr>
      </w:pPr>
      <w:r w:rsidRPr="00823853">
        <w:rPr>
          <w:rFonts w:eastAsia="Calibri" w:cs="Times New Roman"/>
          <w:b/>
          <w:szCs w:val="24"/>
          <w:lang w:val="pl-PL"/>
        </w:rPr>
        <w:t>Przewodniczący Senatu</w:t>
      </w:r>
    </w:p>
    <w:p w14:paraId="75F9F537" w14:textId="77777777" w:rsidR="00823853" w:rsidRPr="00823853" w:rsidRDefault="00823853" w:rsidP="00823853">
      <w:pPr>
        <w:spacing w:after="0"/>
        <w:ind w:left="2124" w:firstLine="708"/>
        <w:jc w:val="center"/>
        <w:rPr>
          <w:rFonts w:eastAsia="Calibri" w:cs="Times New Roman"/>
          <w:b/>
          <w:szCs w:val="24"/>
          <w:lang w:val="pl-PL"/>
        </w:rPr>
      </w:pPr>
      <w:r w:rsidRPr="00823853">
        <w:rPr>
          <w:rFonts w:eastAsia="Calibri" w:cs="Times New Roman"/>
          <w:b/>
          <w:szCs w:val="24"/>
          <w:lang w:val="pl-PL"/>
        </w:rPr>
        <w:t xml:space="preserve">Akademii Bialskiej im. Jana Pawła II </w:t>
      </w:r>
    </w:p>
    <w:p w14:paraId="11413D03" w14:textId="77777777" w:rsidR="00823853" w:rsidRPr="00823853" w:rsidRDefault="00823853" w:rsidP="00823853">
      <w:pPr>
        <w:spacing w:after="160" w:line="256" w:lineRule="auto"/>
        <w:rPr>
          <w:rFonts w:eastAsia="Calibri" w:cs="Times New Roman"/>
          <w:szCs w:val="24"/>
          <w:lang w:val="pl-PL"/>
        </w:rPr>
      </w:pPr>
    </w:p>
    <w:p w14:paraId="5BB32257" w14:textId="77777777" w:rsidR="006A27D4" w:rsidRDefault="006A27D4">
      <w:pPr>
        <w:spacing w:after="240"/>
        <w:jc w:val="both"/>
      </w:pPr>
    </w:p>
    <w:p w14:paraId="6DB41982" w14:textId="77777777" w:rsidR="006A27D4" w:rsidRDefault="006A27D4">
      <w:pPr>
        <w:spacing w:after="240"/>
        <w:jc w:val="both"/>
      </w:pPr>
    </w:p>
    <w:p w14:paraId="2928B94E" w14:textId="77777777" w:rsidR="006A27D4" w:rsidRDefault="006A27D4">
      <w:pPr>
        <w:spacing w:after="240"/>
        <w:jc w:val="both"/>
      </w:pPr>
    </w:p>
    <w:p w14:paraId="7F55D20A" w14:textId="77777777" w:rsidR="006A27D4" w:rsidRDefault="006A27D4">
      <w:pPr>
        <w:spacing w:after="240"/>
        <w:jc w:val="both"/>
      </w:pPr>
    </w:p>
    <w:p w14:paraId="1755AF7E" w14:textId="77777777" w:rsidR="006A27D4" w:rsidRDefault="006A27D4">
      <w:pPr>
        <w:spacing w:after="240"/>
        <w:jc w:val="both"/>
      </w:pPr>
    </w:p>
    <w:p w14:paraId="4F17E387" w14:textId="77777777" w:rsidR="006A27D4" w:rsidRDefault="006A27D4">
      <w:pPr>
        <w:spacing w:after="240"/>
        <w:jc w:val="both"/>
      </w:pPr>
    </w:p>
    <w:p w14:paraId="51883577" w14:textId="77777777" w:rsidR="006A27D4" w:rsidRDefault="006A27D4">
      <w:pPr>
        <w:spacing w:after="240"/>
        <w:jc w:val="both"/>
      </w:pPr>
    </w:p>
    <w:p w14:paraId="21EE2C74" w14:textId="77777777" w:rsidR="006A27D4" w:rsidRDefault="006A27D4">
      <w:pPr>
        <w:spacing w:after="240"/>
        <w:jc w:val="both"/>
      </w:pPr>
    </w:p>
    <w:p w14:paraId="3F557A15" w14:textId="77777777" w:rsidR="006A27D4" w:rsidRDefault="006A27D4">
      <w:pPr>
        <w:spacing w:after="240"/>
        <w:jc w:val="both"/>
      </w:pPr>
    </w:p>
    <w:p w14:paraId="5F1026D7" w14:textId="28D81BCB" w:rsidR="006A27D4" w:rsidRPr="006A27D4" w:rsidRDefault="006A27D4" w:rsidP="006A27D4">
      <w:pPr>
        <w:spacing w:after="240"/>
        <w:jc w:val="both"/>
        <w:rPr>
          <w:sz w:val="20"/>
          <w:szCs w:val="20"/>
          <w:lang w:val="pl-PL"/>
        </w:rPr>
      </w:pPr>
      <w:r w:rsidRPr="006A27D4">
        <w:rPr>
          <w:sz w:val="20"/>
          <w:szCs w:val="20"/>
          <w:u w:val="single"/>
          <w:lang w:val="pl-PL"/>
        </w:rPr>
        <w:t>Załącznik</w:t>
      </w:r>
      <w:r w:rsidRPr="006A27D4">
        <w:rPr>
          <w:sz w:val="20"/>
          <w:szCs w:val="20"/>
          <w:lang w:val="pl-PL"/>
        </w:rPr>
        <w:t>: Wykaz programów studiów podyplomowych dla naboru 2026/2027.</w:t>
      </w:r>
    </w:p>
    <w:p w14:paraId="4788516F" w14:textId="22996934" w:rsidR="006A27D4" w:rsidRDefault="006A27D4" w:rsidP="006A27D4">
      <w:pPr>
        <w:spacing w:after="0"/>
        <w:jc w:val="right"/>
        <w:rPr>
          <w:i/>
          <w:sz w:val="20"/>
          <w:szCs w:val="20"/>
          <w:lang w:val="pl-PL"/>
        </w:rPr>
      </w:pPr>
      <w:r w:rsidRPr="006A27D4">
        <w:rPr>
          <w:i/>
          <w:sz w:val="20"/>
          <w:szCs w:val="20"/>
          <w:lang w:val="pl-PL"/>
        </w:rPr>
        <w:lastRenderedPageBreak/>
        <w:t xml:space="preserve">Załącznik do uchwały nr </w:t>
      </w:r>
      <w:r>
        <w:rPr>
          <w:i/>
          <w:sz w:val="20"/>
          <w:szCs w:val="20"/>
          <w:lang w:val="pl-PL"/>
        </w:rPr>
        <w:t>39</w:t>
      </w:r>
      <w:r w:rsidRPr="006A27D4">
        <w:rPr>
          <w:i/>
          <w:sz w:val="20"/>
          <w:szCs w:val="20"/>
          <w:lang w:val="pl-PL"/>
        </w:rPr>
        <w:t>/202</w:t>
      </w:r>
      <w:r>
        <w:rPr>
          <w:i/>
          <w:sz w:val="20"/>
          <w:szCs w:val="20"/>
          <w:lang w:val="pl-PL"/>
        </w:rPr>
        <w:t>6</w:t>
      </w:r>
    </w:p>
    <w:p w14:paraId="15E60C2C" w14:textId="3047B40D" w:rsidR="006A27D4" w:rsidRPr="006A27D4" w:rsidRDefault="006A27D4" w:rsidP="006A27D4">
      <w:pPr>
        <w:spacing w:after="0"/>
        <w:jc w:val="right"/>
        <w:rPr>
          <w:i/>
          <w:sz w:val="20"/>
          <w:szCs w:val="20"/>
          <w:lang w:val="pl-PL"/>
        </w:rPr>
      </w:pPr>
      <w:r w:rsidRPr="006A27D4">
        <w:rPr>
          <w:i/>
          <w:sz w:val="20"/>
          <w:szCs w:val="20"/>
          <w:lang w:val="pl-PL"/>
        </w:rPr>
        <w:t>Senatu Akademii Bialskiej im. Jana Pawła II</w:t>
      </w:r>
      <w:r w:rsidRPr="006A27D4">
        <w:rPr>
          <w:i/>
          <w:sz w:val="20"/>
          <w:szCs w:val="20"/>
          <w:lang w:val="pl-PL"/>
        </w:rPr>
        <w:br/>
        <w:t xml:space="preserve">z dnia </w:t>
      </w:r>
      <w:r>
        <w:rPr>
          <w:i/>
          <w:sz w:val="20"/>
          <w:szCs w:val="20"/>
          <w:lang w:val="pl-PL"/>
        </w:rPr>
        <w:t>17</w:t>
      </w:r>
      <w:r w:rsidRPr="006A27D4">
        <w:rPr>
          <w:i/>
          <w:sz w:val="20"/>
          <w:szCs w:val="20"/>
          <w:lang w:val="pl-PL"/>
        </w:rPr>
        <w:t xml:space="preserve"> września 202</w:t>
      </w:r>
      <w:r>
        <w:rPr>
          <w:i/>
          <w:sz w:val="20"/>
          <w:szCs w:val="20"/>
          <w:lang w:val="pl-PL"/>
        </w:rPr>
        <w:t>6</w:t>
      </w:r>
      <w:r w:rsidRPr="006A27D4">
        <w:rPr>
          <w:i/>
          <w:sz w:val="20"/>
          <w:szCs w:val="20"/>
          <w:lang w:val="pl-PL"/>
        </w:rPr>
        <w:t xml:space="preserve"> roku  </w:t>
      </w:r>
    </w:p>
    <w:p w14:paraId="07C444B2" w14:textId="77777777" w:rsidR="006A27D4" w:rsidRPr="006A27D4" w:rsidRDefault="006A27D4" w:rsidP="006A27D4">
      <w:pPr>
        <w:spacing w:after="240"/>
        <w:jc w:val="both"/>
        <w:rPr>
          <w:i/>
          <w:lang w:val="pl-PL"/>
        </w:rPr>
      </w:pPr>
    </w:p>
    <w:p w14:paraId="0F8C1711" w14:textId="2DE2A454" w:rsidR="006A27D4" w:rsidRPr="00F605F0" w:rsidRDefault="006A27D4" w:rsidP="006A27D4">
      <w:pPr>
        <w:spacing w:after="240"/>
        <w:jc w:val="both"/>
        <w:rPr>
          <w:b/>
          <w:iCs/>
          <w:lang w:val="pl-PL"/>
        </w:rPr>
      </w:pPr>
      <w:r w:rsidRPr="00F605F0">
        <w:rPr>
          <w:iCs/>
          <w:lang w:val="pl-PL"/>
        </w:rPr>
        <w:t>Wykaz programów studiów podyplomowych dla naboru 2026/2027.</w:t>
      </w:r>
    </w:p>
    <w:p w14:paraId="1B4CE883" w14:textId="77777777" w:rsidR="006A27D4" w:rsidRPr="006A27D4" w:rsidRDefault="006A27D4" w:rsidP="006A27D4">
      <w:pPr>
        <w:numPr>
          <w:ilvl w:val="0"/>
          <w:numId w:val="10"/>
        </w:numPr>
        <w:spacing w:after="0" w:line="312" w:lineRule="auto"/>
        <w:ind w:left="425" w:hanging="425"/>
        <w:jc w:val="both"/>
      </w:pPr>
      <w:r w:rsidRPr="006A27D4">
        <w:rPr>
          <w:i/>
          <w:iCs/>
        </w:rPr>
        <w:t xml:space="preserve">Agent </w:t>
      </w:r>
      <w:proofErr w:type="spellStart"/>
      <w:r w:rsidRPr="006A27D4">
        <w:rPr>
          <w:i/>
          <w:iCs/>
        </w:rPr>
        <w:t>celny</w:t>
      </w:r>
      <w:proofErr w:type="spellEnd"/>
    </w:p>
    <w:p w14:paraId="14ED7A9F" w14:textId="77777777" w:rsidR="006A27D4" w:rsidRPr="006A27D4" w:rsidRDefault="006A27D4" w:rsidP="006A27D4">
      <w:pPr>
        <w:numPr>
          <w:ilvl w:val="0"/>
          <w:numId w:val="10"/>
        </w:numPr>
        <w:spacing w:after="0" w:line="312" w:lineRule="auto"/>
        <w:ind w:left="425" w:hanging="425"/>
        <w:jc w:val="both"/>
      </w:pPr>
      <w:r w:rsidRPr="006A27D4">
        <w:rPr>
          <w:i/>
          <w:iCs/>
        </w:rPr>
        <w:t xml:space="preserve">AI w </w:t>
      </w:r>
      <w:proofErr w:type="spellStart"/>
      <w:r w:rsidRPr="006A27D4">
        <w:rPr>
          <w:i/>
          <w:iCs/>
        </w:rPr>
        <w:t>biznesie</w:t>
      </w:r>
      <w:proofErr w:type="spellEnd"/>
      <w:r w:rsidRPr="006A27D4">
        <w:rPr>
          <w:i/>
          <w:iCs/>
        </w:rPr>
        <w:t xml:space="preserve"> i </w:t>
      </w:r>
      <w:proofErr w:type="spellStart"/>
      <w:r w:rsidRPr="006A27D4">
        <w:rPr>
          <w:i/>
          <w:iCs/>
        </w:rPr>
        <w:t>sektorze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publicznym</w:t>
      </w:r>
      <w:proofErr w:type="spellEnd"/>
    </w:p>
    <w:p w14:paraId="54CD0CFA" w14:textId="77777777" w:rsidR="00897C30" w:rsidRDefault="00897C30" w:rsidP="00897C30">
      <w:pPr>
        <w:numPr>
          <w:ilvl w:val="0"/>
          <w:numId w:val="10"/>
        </w:numPr>
        <w:spacing w:after="0" w:line="312" w:lineRule="auto"/>
        <w:ind w:left="425" w:hanging="425"/>
        <w:jc w:val="both"/>
      </w:pPr>
      <w:proofErr w:type="spellStart"/>
      <w:r w:rsidRPr="006A27D4">
        <w:rPr>
          <w:i/>
          <w:iCs/>
        </w:rPr>
        <w:t>Bezpieczeństwo</w:t>
      </w:r>
      <w:proofErr w:type="spellEnd"/>
      <w:r w:rsidRPr="006A27D4">
        <w:rPr>
          <w:i/>
          <w:iCs/>
        </w:rPr>
        <w:t xml:space="preserve"> i </w:t>
      </w:r>
      <w:proofErr w:type="spellStart"/>
      <w:r w:rsidRPr="006A27D4">
        <w:rPr>
          <w:i/>
          <w:iCs/>
        </w:rPr>
        <w:t>higiena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pracy</w:t>
      </w:r>
      <w:proofErr w:type="spellEnd"/>
      <w:r w:rsidRPr="006A27D4">
        <w:t xml:space="preserve"> </w:t>
      </w:r>
    </w:p>
    <w:p w14:paraId="61218A4E" w14:textId="77777777" w:rsidR="00897C30" w:rsidRPr="006A27D4" w:rsidRDefault="00897C30" w:rsidP="00897C30">
      <w:pPr>
        <w:numPr>
          <w:ilvl w:val="0"/>
          <w:numId w:val="10"/>
        </w:numPr>
        <w:spacing w:after="0" w:line="312" w:lineRule="auto"/>
        <w:ind w:left="425" w:hanging="425"/>
        <w:jc w:val="both"/>
      </w:pPr>
      <w:proofErr w:type="spellStart"/>
      <w:r w:rsidRPr="006A27D4">
        <w:rPr>
          <w:i/>
          <w:iCs/>
        </w:rPr>
        <w:t>Bezpieczeństwo</w:t>
      </w:r>
      <w:proofErr w:type="spellEnd"/>
      <w:r w:rsidRPr="006A27D4">
        <w:rPr>
          <w:i/>
          <w:iCs/>
        </w:rPr>
        <w:t xml:space="preserve"> w </w:t>
      </w:r>
      <w:proofErr w:type="spellStart"/>
      <w:r w:rsidRPr="006A27D4">
        <w:rPr>
          <w:i/>
          <w:iCs/>
        </w:rPr>
        <w:t>ruchu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drogowym</w:t>
      </w:r>
      <w:bookmarkStart w:id="0" w:name="OLE_LINK5"/>
      <w:proofErr w:type="spellEnd"/>
    </w:p>
    <w:bookmarkEnd w:id="0"/>
    <w:p w14:paraId="1429C697" w14:textId="77777777" w:rsidR="00897C30" w:rsidRPr="006A27D4" w:rsidRDefault="00897C30" w:rsidP="00897C30">
      <w:pPr>
        <w:numPr>
          <w:ilvl w:val="0"/>
          <w:numId w:val="10"/>
        </w:numPr>
        <w:spacing w:after="0" w:line="312" w:lineRule="auto"/>
        <w:ind w:left="425" w:hanging="425"/>
        <w:jc w:val="both"/>
      </w:pPr>
      <w:r w:rsidRPr="006A27D4">
        <w:rPr>
          <w:i/>
          <w:iCs/>
        </w:rPr>
        <w:t>Cybersecurity</w:t>
      </w:r>
      <w:r w:rsidRPr="006A27D4">
        <w:rPr>
          <w:i/>
        </w:rPr>
        <w:t xml:space="preserve"> </w:t>
      </w:r>
    </w:p>
    <w:p w14:paraId="52261DAA" w14:textId="032E0760" w:rsidR="006A27D4" w:rsidRPr="006A27D4" w:rsidRDefault="00897C30" w:rsidP="00897C30">
      <w:pPr>
        <w:numPr>
          <w:ilvl w:val="0"/>
          <w:numId w:val="10"/>
        </w:numPr>
        <w:spacing w:after="0" w:line="312" w:lineRule="auto"/>
        <w:ind w:left="425" w:hanging="425"/>
        <w:jc w:val="both"/>
      </w:pPr>
      <w:proofErr w:type="spellStart"/>
      <w:r w:rsidRPr="006A27D4">
        <w:rPr>
          <w:i/>
          <w:iCs/>
        </w:rPr>
        <w:t>Finanse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publiczne</w:t>
      </w:r>
      <w:proofErr w:type="spellEnd"/>
      <w:r w:rsidRPr="006A27D4">
        <w:rPr>
          <w:i/>
          <w:iCs/>
        </w:rPr>
        <w:t xml:space="preserve"> i </w:t>
      </w:r>
      <w:proofErr w:type="spellStart"/>
      <w:r w:rsidRPr="006A27D4">
        <w:rPr>
          <w:i/>
          <w:iCs/>
        </w:rPr>
        <w:t>administracja</w:t>
      </w:r>
      <w:proofErr w:type="spellEnd"/>
    </w:p>
    <w:p w14:paraId="3C958219" w14:textId="60164A1D" w:rsidR="006A27D4" w:rsidRPr="00897C30" w:rsidRDefault="006A27D4" w:rsidP="006A27D4">
      <w:pPr>
        <w:numPr>
          <w:ilvl w:val="0"/>
          <w:numId w:val="10"/>
        </w:numPr>
        <w:spacing w:after="0" w:line="312" w:lineRule="auto"/>
        <w:ind w:left="425" w:hanging="425"/>
        <w:jc w:val="both"/>
      </w:pPr>
      <w:proofErr w:type="spellStart"/>
      <w:r w:rsidRPr="006A27D4">
        <w:rPr>
          <w:i/>
          <w:iCs/>
        </w:rPr>
        <w:t>Język</w:t>
      </w:r>
      <w:proofErr w:type="spellEnd"/>
      <w:r w:rsidRPr="006A27D4">
        <w:rPr>
          <w:i/>
          <w:iCs/>
        </w:rPr>
        <w:t xml:space="preserve"> Angielski w </w:t>
      </w:r>
      <w:proofErr w:type="spellStart"/>
      <w:r w:rsidRPr="006A27D4">
        <w:rPr>
          <w:i/>
          <w:iCs/>
        </w:rPr>
        <w:t>Biznesie</w:t>
      </w:r>
      <w:proofErr w:type="spellEnd"/>
      <w:r w:rsidRPr="006A27D4">
        <w:rPr>
          <w:i/>
          <w:iCs/>
        </w:rPr>
        <w:t xml:space="preserve"> i </w:t>
      </w:r>
      <w:proofErr w:type="spellStart"/>
      <w:r w:rsidRPr="006A27D4">
        <w:rPr>
          <w:i/>
          <w:iCs/>
        </w:rPr>
        <w:t>spedycji</w:t>
      </w:r>
      <w:proofErr w:type="spellEnd"/>
    </w:p>
    <w:p w14:paraId="7007166E" w14:textId="77777777" w:rsidR="00897C30" w:rsidRPr="006A27D4" w:rsidRDefault="00897C30" w:rsidP="00897C30">
      <w:pPr>
        <w:numPr>
          <w:ilvl w:val="0"/>
          <w:numId w:val="10"/>
        </w:numPr>
        <w:spacing w:after="0" w:line="312" w:lineRule="auto"/>
        <w:ind w:left="425" w:hanging="425"/>
        <w:jc w:val="both"/>
      </w:pPr>
      <w:r w:rsidRPr="006A27D4">
        <w:rPr>
          <w:i/>
          <w:iCs/>
        </w:rPr>
        <w:t xml:space="preserve">Kadry i </w:t>
      </w:r>
      <w:proofErr w:type="spellStart"/>
      <w:r w:rsidRPr="006A27D4">
        <w:rPr>
          <w:i/>
          <w:iCs/>
        </w:rPr>
        <w:t>płace</w:t>
      </w:r>
      <w:proofErr w:type="spellEnd"/>
    </w:p>
    <w:p w14:paraId="707269D4" w14:textId="77777777" w:rsidR="00897C30" w:rsidRPr="006A27D4" w:rsidRDefault="00897C30" w:rsidP="00897C30">
      <w:pPr>
        <w:numPr>
          <w:ilvl w:val="0"/>
          <w:numId w:val="10"/>
        </w:numPr>
        <w:spacing w:after="0" w:line="312" w:lineRule="auto"/>
        <w:ind w:left="425" w:hanging="425"/>
        <w:jc w:val="both"/>
      </w:pPr>
      <w:r w:rsidRPr="006A27D4">
        <w:rPr>
          <w:i/>
          <w:iCs/>
          <w:lang w:val="pl-PL"/>
        </w:rPr>
        <w:t>Niematerialne dziedzictwo kulturowe w turystyce</w:t>
      </w:r>
    </w:p>
    <w:p w14:paraId="37356093" w14:textId="77777777" w:rsidR="00897C30" w:rsidRPr="006A27D4" w:rsidRDefault="00897C30" w:rsidP="00897C30">
      <w:pPr>
        <w:numPr>
          <w:ilvl w:val="0"/>
          <w:numId w:val="10"/>
        </w:numPr>
        <w:spacing w:after="0" w:line="312" w:lineRule="auto"/>
        <w:ind w:left="425" w:hanging="425"/>
        <w:jc w:val="both"/>
      </w:pPr>
      <w:proofErr w:type="spellStart"/>
      <w:r w:rsidRPr="006A27D4">
        <w:rPr>
          <w:i/>
          <w:iCs/>
        </w:rPr>
        <w:t>Ochrona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danych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osobowych</w:t>
      </w:r>
      <w:proofErr w:type="spellEnd"/>
    </w:p>
    <w:p w14:paraId="011EE52C" w14:textId="77777777" w:rsidR="00897C30" w:rsidRPr="006A27D4" w:rsidRDefault="00897C30" w:rsidP="00897C30">
      <w:pPr>
        <w:numPr>
          <w:ilvl w:val="0"/>
          <w:numId w:val="10"/>
        </w:numPr>
        <w:spacing w:after="0" w:line="312" w:lineRule="auto"/>
        <w:ind w:left="425" w:hanging="425"/>
        <w:jc w:val="both"/>
      </w:pPr>
      <w:proofErr w:type="spellStart"/>
      <w:r w:rsidRPr="006A27D4">
        <w:rPr>
          <w:i/>
          <w:iCs/>
        </w:rPr>
        <w:t>Ochrona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ludności</w:t>
      </w:r>
      <w:proofErr w:type="spellEnd"/>
      <w:r w:rsidRPr="006A27D4">
        <w:rPr>
          <w:i/>
          <w:iCs/>
        </w:rPr>
        <w:t xml:space="preserve"> i </w:t>
      </w:r>
      <w:proofErr w:type="spellStart"/>
      <w:r w:rsidRPr="006A27D4">
        <w:rPr>
          <w:i/>
          <w:iCs/>
        </w:rPr>
        <w:t>obrona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cywilna</w:t>
      </w:r>
      <w:proofErr w:type="spellEnd"/>
    </w:p>
    <w:p w14:paraId="56C6ECDF" w14:textId="77777777" w:rsidR="00897C30" w:rsidRPr="006A27D4" w:rsidRDefault="00897C30" w:rsidP="00897C30">
      <w:pPr>
        <w:numPr>
          <w:ilvl w:val="0"/>
          <w:numId w:val="10"/>
        </w:numPr>
        <w:spacing w:after="0" w:line="312" w:lineRule="auto"/>
        <w:ind w:left="425" w:hanging="425"/>
        <w:jc w:val="both"/>
      </w:pPr>
      <w:proofErr w:type="spellStart"/>
      <w:r w:rsidRPr="006A27D4">
        <w:rPr>
          <w:i/>
          <w:iCs/>
        </w:rPr>
        <w:t>Odnawialne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źródła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energii</w:t>
      </w:r>
      <w:proofErr w:type="spellEnd"/>
    </w:p>
    <w:p w14:paraId="2E0D99A7" w14:textId="2855A8A6" w:rsidR="00897C30" w:rsidRPr="006A27D4" w:rsidRDefault="00897C30" w:rsidP="00897C30">
      <w:pPr>
        <w:numPr>
          <w:ilvl w:val="0"/>
          <w:numId w:val="10"/>
        </w:numPr>
        <w:spacing w:after="0" w:line="312" w:lineRule="auto"/>
        <w:ind w:left="425" w:hanging="425"/>
        <w:jc w:val="both"/>
      </w:pPr>
      <w:proofErr w:type="spellStart"/>
      <w:r w:rsidRPr="006A27D4">
        <w:rPr>
          <w:i/>
          <w:iCs/>
        </w:rPr>
        <w:t>Podstawy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geodezji</w:t>
      </w:r>
      <w:proofErr w:type="spellEnd"/>
    </w:p>
    <w:p w14:paraId="4EACDA1D" w14:textId="103D39D5" w:rsidR="006A27D4" w:rsidRPr="00897C30" w:rsidRDefault="006A27D4" w:rsidP="006A27D4">
      <w:pPr>
        <w:numPr>
          <w:ilvl w:val="0"/>
          <w:numId w:val="10"/>
        </w:numPr>
        <w:spacing w:after="0" w:line="312" w:lineRule="auto"/>
        <w:ind w:left="425" w:hanging="425"/>
        <w:jc w:val="both"/>
      </w:pPr>
      <w:proofErr w:type="spellStart"/>
      <w:r w:rsidRPr="006A27D4">
        <w:rPr>
          <w:i/>
          <w:iCs/>
        </w:rPr>
        <w:t>Podyplomowe</w:t>
      </w:r>
      <w:proofErr w:type="spellEnd"/>
      <w:r w:rsidRPr="006A27D4">
        <w:rPr>
          <w:i/>
          <w:iCs/>
        </w:rPr>
        <w:t xml:space="preserve"> studia </w:t>
      </w:r>
      <w:proofErr w:type="spellStart"/>
      <w:r w:rsidRPr="006A27D4">
        <w:rPr>
          <w:i/>
          <w:iCs/>
        </w:rPr>
        <w:t>kwalifikacji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pedagogicznych</w:t>
      </w:r>
      <w:proofErr w:type="spellEnd"/>
      <w:r w:rsidRPr="006A27D4">
        <w:rPr>
          <w:i/>
          <w:iCs/>
        </w:rPr>
        <w:t xml:space="preserve"> </w:t>
      </w:r>
    </w:p>
    <w:p w14:paraId="631B7E81" w14:textId="77777777" w:rsidR="00897C30" w:rsidRPr="006A27D4" w:rsidRDefault="00897C30" w:rsidP="00897C30">
      <w:pPr>
        <w:numPr>
          <w:ilvl w:val="0"/>
          <w:numId w:val="10"/>
        </w:numPr>
        <w:spacing w:after="0" w:line="312" w:lineRule="auto"/>
        <w:ind w:left="425" w:hanging="425"/>
        <w:jc w:val="both"/>
      </w:pPr>
      <w:proofErr w:type="spellStart"/>
      <w:r w:rsidRPr="006A27D4">
        <w:rPr>
          <w:i/>
          <w:iCs/>
        </w:rPr>
        <w:t>Prawno-administracyjne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aspekty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pracy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urzędnika</w:t>
      </w:r>
      <w:proofErr w:type="spellEnd"/>
      <w:r w:rsidRPr="006A27D4">
        <w:rPr>
          <w:i/>
          <w:iCs/>
        </w:rPr>
        <w:t xml:space="preserve"> z </w:t>
      </w:r>
      <w:proofErr w:type="spellStart"/>
      <w:r w:rsidRPr="006A27D4">
        <w:rPr>
          <w:i/>
          <w:iCs/>
        </w:rPr>
        <w:t>elementami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informatyki</w:t>
      </w:r>
      <w:proofErr w:type="spellEnd"/>
    </w:p>
    <w:p w14:paraId="5FD77A8E" w14:textId="77777777" w:rsidR="00897C30" w:rsidRDefault="00897C30" w:rsidP="00897C30">
      <w:pPr>
        <w:numPr>
          <w:ilvl w:val="0"/>
          <w:numId w:val="10"/>
        </w:numPr>
        <w:spacing w:after="0" w:line="312" w:lineRule="auto"/>
        <w:ind w:left="425" w:hanging="425"/>
        <w:jc w:val="both"/>
      </w:pPr>
      <w:bookmarkStart w:id="1" w:name="OLE_LINK10"/>
      <w:proofErr w:type="spellStart"/>
      <w:r w:rsidRPr="006A27D4">
        <w:rPr>
          <w:i/>
          <w:iCs/>
        </w:rPr>
        <w:t>Programista</w:t>
      </w:r>
      <w:proofErr w:type="spellEnd"/>
      <w:r w:rsidRPr="006A27D4">
        <w:rPr>
          <w:i/>
          <w:iCs/>
        </w:rPr>
        <w:t xml:space="preserve"> Python </w:t>
      </w:r>
      <w:bookmarkEnd w:id="1"/>
    </w:p>
    <w:p w14:paraId="64D1D570" w14:textId="77777777" w:rsidR="00897C30" w:rsidRPr="006A27D4" w:rsidRDefault="00897C30" w:rsidP="00897C30">
      <w:pPr>
        <w:numPr>
          <w:ilvl w:val="0"/>
          <w:numId w:val="10"/>
        </w:numPr>
        <w:spacing w:after="0" w:line="312" w:lineRule="auto"/>
        <w:ind w:left="425" w:hanging="425"/>
        <w:jc w:val="both"/>
      </w:pPr>
      <w:proofErr w:type="spellStart"/>
      <w:r w:rsidRPr="006A27D4">
        <w:rPr>
          <w:i/>
          <w:iCs/>
        </w:rPr>
        <w:t>Rachunkowość</w:t>
      </w:r>
      <w:proofErr w:type="spellEnd"/>
      <w:r w:rsidRPr="006A27D4">
        <w:rPr>
          <w:i/>
          <w:iCs/>
        </w:rPr>
        <w:t xml:space="preserve"> i </w:t>
      </w:r>
      <w:proofErr w:type="spellStart"/>
      <w:r w:rsidRPr="006A27D4">
        <w:rPr>
          <w:i/>
          <w:iCs/>
        </w:rPr>
        <w:t>audyt</w:t>
      </w:r>
      <w:proofErr w:type="spellEnd"/>
      <w:r w:rsidRPr="006A27D4">
        <w:rPr>
          <w:i/>
          <w:iCs/>
        </w:rPr>
        <w:t xml:space="preserve"> </w:t>
      </w:r>
      <w:proofErr w:type="spellStart"/>
      <w:r w:rsidRPr="006A27D4">
        <w:rPr>
          <w:i/>
          <w:iCs/>
        </w:rPr>
        <w:t>finansowy</w:t>
      </w:r>
      <w:proofErr w:type="spellEnd"/>
    </w:p>
    <w:p w14:paraId="50CBA133" w14:textId="27C98403" w:rsidR="00897C30" w:rsidRPr="006A27D4" w:rsidRDefault="00897C30" w:rsidP="00897C30">
      <w:pPr>
        <w:numPr>
          <w:ilvl w:val="0"/>
          <w:numId w:val="10"/>
        </w:numPr>
        <w:spacing w:after="0" w:line="312" w:lineRule="auto"/>
        <w:ind w:left="425" w:hanging="425"/>
        <w:jc w:val="both"/>
      </w:pPr>
      <w:r w:rsidRPr="006A27D4">
        <w:rPr>
          <w:i/>
          <w:lang w:val="pl-PL"/>
        </w:rPr>
        <w:t>Rolnictwo ekologiczne i projektowanie terenów zielonych</w:t>
      </w:r>
    </w:p>
    <w:p w14:paraId="58387874" w14:textId="15201D2C" w:rsidR="006A27D4" w:rsidRPr="006A27D4" w:rsidRDefault="006A27D4" w:rsidP="006A27D4">
      <w:pPr>
        <w:numPr>
          <w:ilvl w:val="0"/>
          <w:numId w:val="10"/>
        </w:numPr>
        <w:spacing w:after="0" w:line="312" w:lineRule="auto"/>
        <w:ind w:left="425" w:hanging="425"/>
        <w:jc w:val="both"/>
      </w:pPr>
      <w:proofErr w:type="spellStart"/>
      <w:r w:rsidRPr="006A27D4">
        <w:rPr>
          <w:i/>
        </w:rPr>
        <w:t>Zarządzanie</w:t>
      </w:r>
      <w:proofErr w:type="spellEnd"/>
      <w:r w:rsidRPr="006A27D4">
        <w:rPr>
          <w:i/>
        </w:rPr>
        <w:t xml:space="preserve"> </w:t>
      </w:r>
      <w:proofErr w:type="spellStart"/>
      <w:r w:rsidRPr="006A27D4">
        <w:rPr>
          <w:i/>
        </w:rPr>
        <w:t>oświatą</w:t>
      </w:r>
      <w:proofErr w:type="spellEnd"/>
    </w:p>
    <w:p w14:paraId="0971E5E4" w14:textId="275E7672" w:rsidR="006A27D4" w:rsidRPr="006A27D4" w:rsidRDefault="006A27D4" w:rsidP="006A27D4">
      <w:pPr>
        <w:numPr>
          <w:ilvl w:val="0"/>
          <w:numId w:val="10"/>
        </w:numPr>
        <w:spacing w:after="0" w:line="312" w:lineRule="auto"/>
        <w:ind w:left="425" w:hanging="425"/>
        <w:jc w:val="both"/>
      </w:pPr>
      <w:proofErr w:type="spellStart"/>
      <w:r w:rsidRPr="006A27D4">
        <w:rPr>
          <w:i/>
        </w:rPr>
        <w:t>Zarządzanie</w:t>
      </w:r>
      <w:proofErr w:type="spellEnd"/>
      <w:r w:rsidRPr="006A27D4">
        <w:rPr>
          <w:i/>
        </w:rPr>
        <w:t xml:space="preserve"> </w:t>
      </w:r>
      <w:proofErr w:type="spellStart"/>
      <w:r w:rsidRPr="006A27D4">
        <w:rPr>
          <w:i/>
        </w:rPr>
        <w:t>projektami</w:t>
      </w:r>
      <w:proofErr w:type="spellEnd"/>
      <w:r w:rsidRPr="006A27D4">
        <w:rPr>
          <w:i/>
        </w:rPr>
        <w:t xml:space="preserve"> IT </w:t>
      </w:r>
    </w:p>
    <w:p w14:paraId="5AE0B69E" w14:textId="4954232D" w:rsidR="006A27D4" w:rsidRPr="006A27D4" w:rsidRDefault="006A27D4" w:rsidP="006A27D4">
      <w:pPr>
        <w:numPr>
          <w:ilvl w:val="0"/>
          <w:numId w:val="10"/>
        </w:numPr>
        <w:spacing w:after="0" w:line="312" w:lineRule="auto"/>
        <w:ind w:left="425" w:hanging="425"/>
        <w:jc w:val="both"/>
      </w:pPr>
      <w:bookmarkStart w:id="2" w:name="OLE_LINK4"/>
      <w:proofErr w:type="spellStart"/>
      <w:r w:rsidRPr="006A27D4">
        <w:rPr>
          <w:i/>
        </w:rPr>
        <w:t>Zarządzanie</w:t>
      </w:r>
      <w:proofErr w:type="spellEnd"/>
      <w:r w:rsidRPr="006A27D4">
        <w:rPr>
          <w:i/>
        </w:rPr>
        <w:t xml:space="preserve"> </w:t>
      </w:r>
      <w:proofErr w:type="spellStart"/>
      <w:r w:rsidRPr="006A27D4">
        <w:rPr>
          <w:i/>
        </w:rPr>
        <w:t>zasobami</w:t>
      </w:r>
      <w:proofErr w:type="spellEnd"/>
      <w:r w:rsidRPr="006A27D4">
        <w:rPr>
          <w:i/>
        </w:rPr>
        <w:t xml:space="preserve"> </w:t>
      </w:r>
      <w:proofErr w:type="spellStart"/>
      <w:r w:rsidRPr="006A27D4">
        <w:rPr>
          <w:i/>
        </w:rPr>
        <w:t>ludzkimi</w:t>
      </w:r>
      <w:bookmarkEnd w:id="2"/>
      <w:proofErr w:type="spellEnd"/>
    </w:p>
    <w:sectPr w:rsidR="006A27D4" w:rsidRPr="006A27D4" w:rsidSect="0003461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059615F"/>
    <w:multiLevelType w:val="hybridMultilevel"/>
    <w:tmpl w:val="F2F64FD6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626549285">
    <w:abstractNumId w:val="8"/>
  </w:num>
  <w:num w:numId="2" w16cid:durableId="1976642679">
    <w:abstractNumId w:val="6"/>
  </w:num>
  <w:num w:numId="3" w16cid:durableId="1689134847">
    <w:abstractNumId w:val="5"/>
  </w:num>
  <w:num w:numId="4" w16cid:durableId="698429117">
    <w:abstractNumId w:val="4"/>
  </w:num>
  <w:num w:numId="5" w16cid:durableId="1969819955">
    <w:abstractNumId w:val="7"/>
  </w:num>
  <w:num w:numId="6" w16cid:durableId="1835414279">
    <w:abstractNumId w:val="3"/>
  </w:num>
  <w:num w:numId="7" w16cid:durableId="1364819052">
    <w:abstractNumId w:val="2"/>
  </w:num>
  <w:num w:numId="8" w16cid:durableId="1200161694">
    <w:abstractNumId w:val="1"/>
  </w:num>
  <w:num w:numId="9" w16cid:durableId="130639000">
    <w:abstractNumId w:val="0"/>
  </w:num>
  <w:num w:numId="10" w16cid:durableId="492525705">
    <w:abstractNumId w:val="9"/>
  </w:num>
  <w:num w:numId="11" w16cid:durableId="18174085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21B68"/>
    <w:rsid w:val="0029639D"/>
    <w:rsid w:val="00326F90"/>
    <w:rsid w:val="00395733"/>
    <w:rsid w:val="0044583E"/>
    <w:rsid w:val="00493CD1"/>
    <w:rsid w:val="006A27D4"/>
    <w:rsid w:val="00772F8F"/>
    <w:rsid w:val="00823853"/>
    <w:rsid w:val="008843B3"/>
    <w:rsid w:val="00897C30"/>
    <w:rsid w:val="00AA1D8D"/>
    <w:rsid w:val="00B47730"/>
    <w:rsid w:val="00CB0664"/>
    <w:rsid w:val="00CB07BD"/>
    <w:rsid w:val="00F605F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3CD42678-A724-44E0-B49A-EC65B0FD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1332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3</cp:revision>
  <dcterms:created xsi:type="dcterms:W3CDTF">2026-10-06T06:21:00Z</dcterms:created>
  <dcterms:modified xsi:type="dcterms:W3CDTF">2026-10-06T06:23:00Z</dcterms:modified>
  <cp:category/>
</cp:coreProperties>
</file>