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41394" w14:textId="39CC202F" w:rsidR="006C43DF" w:rsidRPr="00997711" w:rsidRDefault="006C43DF" w:rsidP="00997711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Zarządzenie nr</w:t>
      </w:r>
      <w:r w:rsidR="007A7DDE"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97711"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103</w:t>
      </w:r>
      <w:r w:rsidR="007A7DDE"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/2026</w:t>
      </w:r>
    </w:p>
    <w:p w14:paraId="26EFD654" w14:textId="6D08C55E" w:rsidR="006C43DF" w:rsidRPr="00997711" w:rsidRDefault="00997711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br/>
      </w:r>
      <w:r w:rsidR="006C43DF"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Rektora </w:t>
      </w:r>
      <w:r w:rsidR="006C43DF"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br/>
        <w:t>Akademii Bialskiej im. Jana Pawła II</w:t>
      </w:r>
    </w:p>
    <w:p w14:paraId="59FE2BE1" w14:textId="49472DB2" w:rsidR="006C43DF" w:rsidRPr="00997711" w:rsidRDefault="006C43DF" w:rsidP="006C43DF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z dnia </w:t>
      </w:r>
      <w:r w:rsidR="007A7DDE"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17</w:t>
      </w:r>
      <w:r w:rsidR="009B0390"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września</w:t>
      </w:r>
      <w:r w:rsidR="007A7DDE"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2026</w:t>
      </w:r>
      <w:r w:rsidRPr="0099771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roku</w:t>
      </w:r>
    </w:p>
    <w:p w14:paraId="005EB6E3" w14:textId="77777777" w:rsidR="006C43DF" w:rsidRPr="00997711" w:rsidRDefault="006C43DF" w:rsidP="006C43DF">
      <w:pPr>
        <w:rPr>
          <w:rFonts w:ascii="Times New Roman" w:hAnsi="Times New Roman"/>
          <w:b/>
          <w:sz w:val="24"/>
        </w:rPr>
      </w:pPr>
    </w:p>
    <w:p w14:paraId="146D7743" w14:textId="53AB6C0B" w:rsidR="00EC166B" w:rsidRPr="00997711" w:rsidRDefault="00811FD4" w:rsidP="00811FD4">
      <w:pPr>
        <w:jc w:val="center"/>
      </w:pPr>
      <w:r w:rsidRPr="00997711">
        <w:rPr>
          <w:rFonts w:ascii="Times New Roman" w:hAnsi="Times New Roman"/>
          <w:bCs/>
          <w:sz w:val="24"/>
        </w:rPr>
        <w:t>w sprawie</w:t>
      </w:r>
      <w:r w:rsidR="006C43DF" w:rsidRPr="00997711">
        <w:rPr>
          <w:rFonts w:ascii="Times New Roman" w:hAnsi="Times New Roman"/>
          <w:b/>
          <w:sz w:val="24"/>
        </w:rPr>
        <w:t>:</w:t>
      </w:r>
      <w:r w:rsidRPr="00997711">
        <w:rPr>
          <w:rFonts w:ascii="Times New Roman" w:hAnsi="Times New Roman"/>
          <w:b/>
          <w:sz w:val="24"/>
        </w:rPr>
        <w:t xml:space="preserve"> likwi</w:t>
      </w:r>
      <w:r w:rsidR="007A7DDE" w:rsidRPr="00997711">
        <w:rPr>
          <w:rFonts w:ascii="Times New Roman" w:hAnsi="Times New Roman"/>
          <w:b/>
          <w:sz w:val="24"/>
        </w:rPr>
        <w:t xml:space="preserve">dacji </w:t>
      </w:r>
      <w:r w:rsidRPr="00997711">
        <w:rPr>
          <w:rFonts w:ascii="Times New Roman" w:hAnsi="Times New Roman"/>
          <w:b/>
          <w:sz w:val="24"/>
        </w:rPr>
        <w:t xml:space="preserve">kierunku studiów </w:t>
      </w:r>
      <w:r w:rsidR="007A7DDE" w:rsidRPr="00997711">
        <w:rPr>
          <w:rFonts w:ascii="Times New Roman" w:hAnsi="Times New Roman"/>
          <w:b/>
          <w:sz w:val="24"/>
        </w:rPr>
        <w:t>rusycystyka</w:t>
      </w:r>
      <w:r w:rsidRPr="00997711">
        <w:rPr>
          <w:rFonts w:ascii="Times New Roman" w:hAnsi="Times New Roman"/>
          <w:b/>
          <w:sz w:val="24"/>
        </w:rPr>
        <w:br/>
        <w:t>studia pierwszego stopnia o profilu praktycznym</w:t>
      </w:r>
      <w:r w:rsidR="00A034BD" w:rsidRPr="00997711">
        <w:rPr>
          <w:rFonts w:ascii="Times New Roman" w:hAnsi="Times New Roman"/>
          <w:b/>
          <w:sz w:val="24"/>
        </w:rPr>
        <w:t xml:space="preserve">, forma stacjonarna </w:t>
      </w:r>
      <w:r w:rsidR="00A63A1B" w:rsidRPr="00997711">
        <w:rPr>
          <w:rFonts w:ascii="Times New Roman" w:hAnsi="Times New Roman"/>
          <w:b/>
          <w:sz w:val="24"/>
        </w:rPr>
        <w:br/>
      </w:r>
      <w:r w:rsidRPr="00997711">
        <w:rPr>
          <w:rFonts w:ascii="Times New Roman" w:hAnsi="Times New Roman"/>
          <w:b/>
          <w:sz w:val="24"/>
        </w:rPr>
        <w:t xml:space="preserve"> </w:t>
      </w:r>
    </w:p>
    <w:p w14:paraId="146D7744" w14:textId="73B0E756" w:rsidR="00EC166B" w:rsidRPr="00997711" w:rsidRDefault="00787B3E" w:rsidP="00D429DB">
      <w:pPr>
        <w:jc w:val="both"/>
      </w:pPr>
      <w:r w:rsidRPr="00997711">
        <w:rPr>
          <w:rFonts w:ascii="Times New Roman" w:hAnsi="Times New Roman"/>
          <w:sz w:val="24"/>
        </w:rPr>
        <w:t>Na podstawie art. 23 ust. 1 ustawy z dnia 20 lipca 2018 r. – Prawo o szkolnictwie wyższym i nauce (</w:t>
      </w:r>
      <w:proofErr w:type="spellStart"/>
      <w:r w:rsidRPr="00997711">
        <w:rPr>
          <w:rFonts w:ascii="Times New Roman" w:hAnsi="Times New Roman"/>
          <w:sz w:val="24"/>
        </w:rPr>
        <w:t>t.j</w:t>
      </w:r>
      <w:proofErr w:type="spellEnd"/>
      <w:r w:rsidRPr="00997711">
        <w:rPr>
          <w:rFonts w:ascii="Times New Roman" w:hAnsi="Times New Roman"/>
          <w:sz w:val="24"/>
        </w:rPr>
        <w:t xml:space="preserve">. Dz. U. z 2024 r. poz. 1571 z </w:t>
      </w:r>
      <w:proofErr w:type="spellStart"/>
      <w:r w:rsidRPr="00997711">
        <w:rPr>
          <w:rFonts w:ascii="Times New Roman" w:hAnsi="Times New Roman"/>
          <w:sz w:val="24"/>
        </w:rPr>
        <w:t>późn</w:t>
      </w:r>
      <w:proofErr w:type="spellEnd"/>
      <w:r w:rsidRPr="00997711">
        <w:rPr>
          <w:rFonts w:ascii="Times New Roman" w:hAnsi="Times New Roman"/>
          <w:sz w:val="24"/>
        </w:rPr>
        <w:t xml:space="preserve">. zm.), oraz </w:t>
      </w:r>
      <w:r w:rsidR="007A7DDE" w:rsidRPr="00997711">
        <w:rPr>
          <w:rFonts w:ascii="Times New Roman" w:hAnsi="Times New Roman"/>
          <w:sz w:val="24"/>
        </w:rPr>
        <w:t>paragrafu 34 ust. 2 pkt 2 Sta</w:t>
      </w:r>
      <w:r w:rsidR="003A7DD6" w:rsidRPr="00997711">
        <w:rPr>
          <w:rFonts w:ascii="Times New Roman" w:hAnsi="Times New Roman"/>
          <w:sz w:val="24"/>
        </w:rPr>
        <w:t>t</w:t>
      </w:r>
      <w:r w:rsidR="007A7DDE" w:rsidRPr="00997711">
        <w:rPr>
          <w:rFonts w:ascii="Times New Roman" w:hAnsi="Times New Roman"/>
          <w:sz w:val="24"/>
        </w:rPr>
        <w:t xml:space="preserve">utu Akademii Bialskiej im. Jana Pawła II z dnia 15 kwietnia 2026 r., </w:t>
      </w:r>
      <w:r w:rsidRPr="00997711">
        <w:rPr>
          <w:rFonts w:ascii="Times New Roman" w:hAnsi="Times New Roman"/>
          <w:sz w:val="24"/>
        </w:rPr>
        <w:t>zarządzam, co następuje:</w:t>
      </w:r>
      <w:r w:rsidRPr="00997711">
        <w:rPr>
          <w:rFonts w:ascii="Times New Roman" w:hAnsi="Times New Roman"/>
          <w:sz w:val="24"/>
        </w:rPr>
        <w:br/>
      </w:r>
    </w:p>
    <w:p w14:paraId="2CF27895" w14:textId="77777777" w:rsidR="00997711" w:rsidRDefault="00787B3E" w:rsidP="00997711">
      <w:pPr>
        <w:jc w:val="center"/>
        <w:rPr>
          <w:rFonts w:ascii="Times New Roman" w:hAnsi="Times New Roman"/>
          <w:sz w:val="24"/>
        </w:rPr>
      </w:pPr>
      <w:r w:rsidRPr="00997711">
        <w:rPr>
          <w:rFonts w:ascii="Times New Roman" w:hAnsi="Times New Roman"/>
          <w:b/>
          <w:bCs/>
          <w:sz w:val="24"/>
        </w:rPr>
        <w:t>§ 1</w:t>
      </w:r>
    </w:p>
    <w:p w14:paraId="146D7745" w14:textId="5955001F" w:rsidR="00EC166B" w:rsidRPr="00997711" w:rsidRDefault="00787B3E" w:rsidP="00997711">
      <w:pPr>
        <w:jc w:val="both"/>
        <w:rPr>
          <w:rFonts w:ascii="Times New Roman" w:hAnsi="Times New Roman"/>
          <w:sz w:val="24"/>
        </w:rPr>
      </w:pPr>
      <w:r w:rsidRPr="00997711">
        <w:rPr>
          <w:rFonts w:ascii="Times New Roman" w:hAnsi="Times New Roman"/>
          <w:sz w:val="24"/>
        </w:rPr>
        <w:br/>
      </w:r>
      <w:r w:rsidR="00D06C2B" w:rsidRPr="00997711">
        <w:rPr>
          <w:rFonts w:ascii="Times New Roman" w:hAnsi="Times New Roman"/>
          <w:sz w:val="24"/>
        </w:rPr>
        <w:t xml:space="preserve">Z dniem 30 września 2026 roku </w:t>
      </w:r>
      <w:r w:rsidR="005948A0" w:rsidRPr="00997711">
        <w:rPr>
          <w:rFonts w:ascii="Times New Roman" w:hAnsi="Times New Roman"/>
          <w:sz w:val="24"/>
        </w:rPr>
        <w:t xml:space="preserve">likwiduje </w:t>
      </w:r>
      <w:r w:rsidR="003457B6" w:rsidRPr="00997711">
        <w:rPr>
          <w:rFonts w:ascii="Times New Roman" w:hAnsi="Times New Roman"/>
          <w:sz w:val="24"/>
        </w:rPr>
        <w:t>s</w:t>
      </w:r>
      <w:r w:rsidR="005948A0" w:rsidRPr="00997711">
        <w:rPr>
          <w:rFonts w:ascii="Times New Roman" w:hAnsi="Times New Roman"/>
          <w:sz w:val="24"/>
        </w:rPr>
        <w:t>ię kierunek</w:t>
      </w:r>
      <w:r w:rsidRPr="00997711">
        <w:rPr>
          <w:rFonts w:ascii="Times New Roman" w:hAnsi="Times New Roman"/>
          <w:sz w:val="24"/>
        </w:rPr>
        <w:t xml:space="preserve"> </w:t>
      </w:r>
      <w:r w:rsidR="007A7DDE" w:rsidRPr="00997711">
        <w:rPr>
          <w:rFonts w:ascii="Times New Roman" w:hAnsi="Times New Roman"/>
          <w:sz w:val="24"/>
        </w:rPr>
        <w:t xml:space="preserve">rusycystyka </w:t>
      </w:r>
      <w:r w:rsidR="003457B6" w:rsidRPr="00997711">
        <w:rPr>
          <w:rFonts w:ascii="Times New Roman" w:hAnsi="Times New Roman"/>
          <w:sz w:val="24"/>
        </w:rPr>
        <w:t xml:space="preserve">studia </w:t>
      </w:r>
      <w:r w:rsidR="00811FD4" w:rsidRPr="00997711">
        <w:rPr>
          <w:rFonts w:ascii="Times New Roman" w:hAnsi="Times New Roman"/>
          <w:sz w:val="24"/>
        </w:rPr>
        <w:t>pierwszego stopnia</w:t>
      </w:r>
      <w:r w:rsidR="003457B6" w:rsidRPr="00997711">
        <w:rPr>
          <w:rFonts w:ascii="Times New Roman" w:hAnsi="Times New Roman"/>
          <w:sz w:val="24"/>
        </w:rPr>
        <w:t xml:space="preserve"> </w:t>
      </w:r>
      <w:r w:rsidR="00811FD4" w:rsidRPr="00997711">
        <w:rPr>
          <w:rFonts w:ascii="Times New Roman" w:hAnsi="Times New Roman"/>
          <w:sz w:val="24"/>
        </w:rPr>
        <w:t>o profilu praktycznym</w:t>
      </w:r>
      <w:r w:rsidR="007A7DDE" w:rsidRPr="00997711">
        <w:rPr>
          <w:rFonts w:ascii="Times New Roman" w:hAnsi="Times New Roman"/>
          <w:sz w:val="24"/>
        </w:rPr>
        <w:t>, forma stacjonarna.</w:t>
      </w:r>
    </w:p>
    <w:p w14:paraId="6BC611CD" w14:textId="77777777" w:rsidR="0076645A" w:rsidRPr="00997711" w:rsidRDefault="00787B3E" w:rsidP="0076645A">
      <w:pPr>
        <w:jc w:val="center"/>
        <w:rPr>
          <w:rFonts w:ascii="Times New Roman" w:hAnsi="Times New Roman"/>
          <w:sz w:val="24"/>
        </w:rPr>
      </w:pPr>
      <w:r w:rsidRPr="00997711">
        <w:rPr>
          <w:rFonts w:ascii="Times New Roman" w:hAnsi="Times New Roman"/>
          <w:b/>
          <w:bCs/>
          <w:sz w:val="24"/>
        </w:rPr>
        <w:t xml:space="preserve">§ </w:t>
      </w:r>
      <w:r w:rsidR="003457B6" w:rsidRPr="00997711">
        <w:rPr>
          <w:rFonts w:ascii="Times New Roman" w:hAnsi="Times New Roman"/>
          <w:b/>
          <w:bCs/>
          <w:sz w:val="24"/>
        </w:rPr>
        <w:t>2</w:t>
      </w:r>
    </w:p>
    <w:p w14:paraId="146D7746" w14:textId="28A5E2C1" w:rsidR="00EC166B" w:rsidRPr="00997711" w:rsidRDefault="00787B3E" w:rsidP="0076645A">
      <w:pPr>
        <w:jc w:val="both"/>
        <w:rPr>
          <w:rFonts w:ascii="Times New Roman" w:hAnsi="Times New Roman"/>
          <w:sz w:val="24"/>
        </w:rPr>
      </w:pPr>
      <w:r w:rsidRPr="00997711">
        <w:rPr>
          <w:rFonts w:ascii="Times New Roman" w:hAnsi="Times New Roman"/>
          <w:sz w:val="24"/>
        </w:rPr>
        <w:t>Zarządzenie wchodzi w życie z dniem podpisania.</w:t>
      </w:r>
    </w:p>
    <w:p w14:paraId="4A2C88B3" w14:textId="77777777" w:rsidR="00D429DB" w:rsidRPr="00997711" w:rsidRDefault="00D429DB" w:rsidP="0076645A">
      <w:pPr>
        <w:jc w:val="both"/>
        <w:rPr>
          <w:rFonts w:ascii="Times New Roman" w:hAnsi="Times New Roman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4353"/>
      </w:tblGrid>
      <w:tr w:rsidR="00D429DB" w:rsidRPr="00997711" w14:paraId="1B6E043F" w14:textId="77777777" w:rsidTr="005D101E">
        <w:tc>
          <w:tcPr>
            <w:tcW w:w="4531" w:type="dxa"/>
          </w:tcPr>
          <w:p w14:paraId="35E284AA" w14:textId="77777777" w:rsidR="00D429DB" w:rsidRPr="00997711" w:rsidRDefault="00D429DB" w:rsidP="005D101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4E082DF9" w14:textId="77777777" w:rsidR="00D429DB" w:rsidRPr="00997711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997711">
              <w:rPr>
                <w:b/>
                <w:bCs/>
              </w:rPr>
              <w:t>prof. dr hab. Jerzy Nitychoruk</w:t>
            </w:r>
          </w:p>
          <w:p w14:paraId="2AD8767C" w14:textId="77777777" w:rsidR="00D429DB" w:rsidRPr="00997711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997711">
              <w:rPr>
                <w:b/>
                <w:bCs/>
              </w:rPr>
              <w:t xml:space="preserve">Rektor </w:t>
            </w:r>
          </w:p>
          <w:p w14:paraId="4D464265" w14:textId="77777777" w:rsidR="00D429DB" w:rsidRPr="00997711" w:rsidRDefault="00D429DB" w:rsidP="005D101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997711">
              <w:rPr>
                <w:b/>
                <w:bCs/>
              </w:rPr>
              <w:t>Akademii Bialskiej im. Jana Pawła II</w:t>
            </w:r>
          </w:p>
        </w:tc>
      </w:tr>
    </w:tbl>
    <w:p w14:paraId="66A59969" w14:textId="77777777" w:rsidR="00D429DB" w:rsidRPr="00997711" w:rsidRDefault="00D429DB" w:rsidP="00D429DB">
      <w:pPr>
        <w:pStyle w:val="Default"/>
        <w:rPr>
          <w:b/>
          <w:bCs/>
        </w:rPr>
      </w:pPr>
    </w:p>
    <w:p w14:paraId="312B4499" w14:textId="77777777" w:rsidR="0076645A" w:rsidRDefault="0076645A" w:rsidP="0076645A">
      <w:pPr>
        <w:jc w:val="both"/>
      </w:pPr>
    </w:p>
    <w:sectPr w:rsidR="0076645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0693973">
    <w:abstractNumId w:val="8"/>
  </w:num>
  <w:num w:numId="2" w16cid:durableId="711198645">
    <w:abstractNumId w:val="6"/>
  </w:num>
  <w:num w:numId="3" w16cid:durableId="404037275">
    <w:abstractNumId w:val="5"/>
  </w:num>
  <w:num w:numId="4" w16cid:durableId="1489664052">
    <w:abstractNumId w:val="4"/>
  </w:num>
  <w:num w:numId="5" w16cid:durableId="737631035">
    <w:abstractNumId w:val="7"/>
  </w:num>
  <w:num w:numId="6" w16cid:durableId="1907032085">
    <w:abstractNumId w:val="3"/>
  </w:num>
  <w:num w:numId="7" w16cid:durableId="2000766941">
    <w:abstractNumId w:val="2"/>
  </w:num>
  <w:num w:numId="8" w16cid:durableId="1123184383">
    <w:abstractNumId w:val="1"/>
  </w:num>
  <w:num w:numId="9" w16cid:durableId="1966614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6C4A"/>
    <w:rsid w:val="0015074B"/>
    <w:rsid w:val="00154BBA"/>
    <w:rsid w:val="001F1848"/>
    <w:rsid w:val="0029639D"/>
    <w:rsid w:val="002E48CB"/>
    <w:rsid w:val="00326F90"/>
    <w:rsid w:val="003457B6"/>
    <w:rsid w:val="003A7DD6"/>
    <w:rsid w:val="003D0C27"/>
    <w:rsid w:val="004156A0"/>
    <w:rsid w:val="00502083"/>
    <w:rsid w:val="005948A0"/>
    <w:rsid w:val="006C43DF"/>
    <w:rsid w:val="00735B31"/>
    <w:rsid w:val="0076645A"/>
    <w:rsid w:val="00787B3E"/>
    <w:rsid w:val="007A7DDE"/>
    <w:rsid w:val="00811FD4"/>
    <w:rsid w:val="00997711"/>
    <w:rsid w:val="009B0390"/>
    <w:rsid w:val="00A034BD"/>
    <w:rsid w:val="00A63A1B"/>
    <w:rsid w:val="00A6764A"/>
    <w:rsid w:val="00A97E3B"/>
    <w:rsid w:val="00AA1D8D"/>
    <w:rsid w:val="00B47730"/>
    <w:rsid w:val="00BE7E72"/>
    <w:rsid w:val="00CB0664"/>
    <w:rsid w:val="00D06C2B"/>
    <w:rsid w:val="00D36CF8"/>
    <w:rsid w:val="00D429DB"/>
    <w:rsid w:val="00E31172"/>
    <w:rsid w:val="00E36973"/>
    <w:rsid w:val="00EC166B"/>
    <w:rsid w:val="00F04C94"/>
    <w:rsid w:val="00FC693F"/>
    <w:rsid w:val="00FD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D7741"/>
  <w14:defaultImageDpi w14:val="300"/>
  <w15:docId w15:val="{63FFD948-F017-47AC-B689-00610D5F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D429D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F8D314-E9EA-4F3B-B80C-08BD4C24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659</Characters>
  <Application>Microsoft Office Word</Application>
  <DocSecurity>4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2</cp:revision>
  <cp:lastPrinted>2026-09-17T08:55:00Z</cp:lastPrinted>
  <dcterms:created xsi:type="dcterms:W3CDTF">2026-09-18T06:34:00Z</dcterms:created>
  <dcterms:modified xsi:type="dcterms:W3CDTF">2026-09-18T06:34:00Z</dcterms:modified>
  <cp:category/>
</cp:coreProperties>
</file>