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A3D34" w14:textId="77777777" w:rsidR="00D64F83" w:rsidRPr="00694FBD" w:rsidRDefault="00904B1E">
      <w:pPr>
        <w:spacing w:after="0" w:line="240" w:lineRule="auto"/>
        <w:jc w:val="center"/>
        <w:rPr>
          <w:b/>
          <w:szCs w:val="24"/>
          <w:lang w:val="pl-PL"/>
        </w:rPr>
      </w:pPr>
      <w:r w:rsidRPr="00694FBD">
        <w:rPr>
          <w:b/>
          <w:szCs w:val="24"/>
          <w:lang w:val="pl-PL"/>
        </w:rPr>
        <w:t>Uchwała nr 13/2026</w:t>
      </w:r>
    </w:p>
    <w:p w14:paraId="492683F8" w14:textId="77777777" w:rsidR="00694FBD" w:rsidRPr="00694FBD" w:rsidRDefault="00694FBD">
      <w:pPr>
        <w:spacing w:after="0" w:line="240" w:lineRule="auto"/>
        <w:jc w:val="center"/>
        <w:rPr>
          <w:szCs w:val="24"/>
          <w:lang w:val="pl-PL"/>
        </w:rPr>
      </w:pPr>
    </w:p>
    <w:p w14:paraId="5BBAD90B" w14:textId="77777777" w:rsidR="00D64F83" w:rsidRPr="00694FBD" w:rsidRDefault="00904B1E">
      <w:pPr>
        <w:spacing w:after="0" w:line="240" w:lineRule="auto"/>
        <w:jc w:val="center"/>
        <w:rPr>
          <w:szCs w:val="24"/>
          <w:lang w:val="pl-PL"/>
        </w:rPr>
      </w:pPr>
      <w:r w:rsidRPr="00694FBD">
        <w:rPr>
          <w:b/>
          <w:szCs w:val="24"/>
          <w:lang w:val="pl-PL"/>
        </w:rPr>
        <w:t xml:space="preserve">Rady Uczelni  </w:t>
      </w:r>
    </w:p>
    <w:p w14:paraId="2A25688B" w14:textId="77777777" w:rsidR="00D64F83" w:rsidRPr="00694FBD" w:rsidRDefault="00904B1E">
      <w:pPr>
        <w:spacing w:after="0" w:line="240" w:lineRule="auto"/>
        <w:jc w:val="center"/>
        <w:rPr>
          <w:szCs w:val="24"/>
          <w:lang w:val="pl-PL"/>
        </w:rPr>
      </w:pPr>
      <w:r w:rsidRPr="00694FBD">
        <w:rPr>
          <w:b/>
          <w:szCs w:val="24"/>
          <w:lang w:val="pl-PL"/>
        </w:rPr>
        <w:t>Akademii Bialskiej im. Jana Pawła II</w:t>
      </w:r>
    </w:p>
    <w:p w14:paraId="78286566" w14:textId="77777777" w:rsidR="00D64F83" w:rsidRPr="00694FBD" w:rsidRDefault="00904B1E">
      <w:pPr>
        <w:spacing w:after="0" w:line="240" w:lineRule="auto"/>
        <w:jc w:val="center"/>
        <w:rPr>
          <w:b/>
          <w:bCs/>
          <w:szCs w:val="24"/>
          <w:lang w:val="pl-PL"/>
        </w:rPr>
      </w:pPr>
      <w:r w:rsidRPr="00694FBD">
        <w:rPr>
          <w:b/>
          <w:bCs/>
          <w:szCs w:val="24"/>
          <w:lang w:val="pl-PL"/>
        </w:rPr>
        <w:t>z dnia 2 czerwca 2026 roku</w:t>
      </w:r>
    </w:p>
    <w:p w14:paraId="40C6F024" w14:textId="65A1AAD1" w:rsidR="00D64F83" w:rsidRPr="00694FBD" w:rsidRDefault="00694FBD">
      <w:pPr>
        <w:spacing w:after="160" w:line="240" w:lineRule="auto"/>
        <w:jc w:val="center"/>
        <w:rPr>
          <w:szCs w:val="24"/>
          <w:lang w:val="pl-PL"/>
        </w:rPr>
      </w:pPr>
      <w:r>
        <w:rPr>
          <w:bCs/>
          <w:szCs w:val="24"/>
          <w:lang w:val="pl-PL"/>
        </w:rPr>
        <w:br/>
      </w:r>
      <w:r w:rsidR="00904B1E" w:rsidRPr="00694FBD">
        <w:rPr>
          <w:bCs/>
          <w:szCs w:val="24"/>
          <w:lang w:val="pl-PL"/>
        </w:rPr>
        <w:t>w sprawie:</w:t>
      </w:r>
      <w:r w:rsidR="00904B1E" w:rsidRPr="00694FBD">
        <w:rPr>
          <w:b/>
          <w:szCs w:val="24"/>
          <w:lang w:val="pl-PL"/>
        </w:rPr>
        <w:t xml:space="preserve"> zatwierdzenia protokołu obrad z ostatniego posiedzenia Rady Uczelni</w:t>
      </w:r>
    </w:p>
    <w:p w14:paraId="2AF7791C" w14:textId="77777777" w:rsidR="00D64F83" w:rsidRPr="00694FBD" w:rsidRDefault="00904B1E" w:rsidP="00694FBD">
      <w:pPr>
        <w:spacing w:after="160" w:line="360" w:lineRule="auto"/>
        <w:jc w:val="both"/>
        <w:rPr>
          <w:szCs w:val="24"/>
          <w:lang w:val="pl-PL"/>
        </w:rPr>
      </w:pPr>
      <w:r w:rsidRPr="00694FBD">
        <w:rPr>
          <w:szCs w:val="24"/>
          <w:lang w:val="pl-PL"/>
        </w:rPr>
        <w:t>Działając na podstawie art. 22 ust. 3 ustawy z dnia 20 lipca 2018 r. Prawo o szkolnictwie wyższym i nauce (Dz. U. 2024 poz. 1571 z późn. zm.) oraz § 8 ust. 4 i § 9 ust. 1 regulaminu rady uczelni Akademii Bialskiej im. Jana Pawła II, rada uczelni uchwala co następuje:</w:t>
      </w:r>
    </w:p>
    <w:p w14:paraId="72EDED74" w14:textId="77777777" w:rsidR="00D64F83" w:rsidRPr="00694FBD" w:rsidRDefault="00904B1E" w:rsidP="00694FBD">
      <w:pPr>
        <w:spacing w:after="0" w:line="360" w:lineRule="auto"/>
        <w:jc w:val="center"/>
        <w:rPr>
          <w:szCs w:val="24"/>
          <w:lang w:val="pl-PL"/>
        </w:rPr>
      </w:pPr>
      <w:r w:rsidRPr="00694FBD">
        <w:rPr>
          <w:b/>
          <w:szCs w:val="24"/>
          <w:lang w:val="pl-PL"/>
        </w:rPr>
        <w:t>§ 1</w:t>
      </w:r>
    </w:p>
    <w:p w14:paraId="2CBB6384" w14:textId="77777777" w:rsidR="00D64F83" w:rsidRPr="00694FBD" w:rsidRDefault="00904B1E" w:rsidP="00694FBD">
      <w:pPr>
        <w:spacing w:after="120" w:line="360" w:lineRule="auto"/>
        <w:jc w:val="both"/>
        <w:rPr>
          <w:szCs w:val="24"/>
          <w:lang w:val="pl-PL"/>
        </w:rPr>
      </w:pPr>
      <w:r w:rsidRPr="00694FBD">
        <w:rPr>
          <w:szCs w:val="24"/>
          <w:lang w:val="pl-PL"/>
        </w:rPr>
        <w:t>Rada Uczelni zatwierdza protokół obrad z ostatniego posiedzenia Rady Uczelni Akademii Bialskiej im. Jana Pawła II.</w:t>
      </w:r>
    </w:p>
    <w:p w14:paraId="2BE599D8" w14:textId="77777777" w:rsidR="00D64F83" w:rsidRPr="00694FBD" w:rsidRDefault="00904B1E" w:rsidP="00694FBD">
      <w:pPr>
        <w:spacing w:after="0" w:line="360" w:lineRule="auto"/>
        <w:jc w:val="center"/>
        <w:rPr>
          <w:szCs w:val="24"/>
          <w:lang w:val="pl-PL"/>
        </w:rPr>
      </w:pPr>
      <w:r w:rsidRPr="00694FBD">
        <w:rPr>
          <w:b/>
          <w:szCs w:val="24"/>
          <w:lang w:val="pl-PL"/>
        </w:rPr>
        <w:t>§ 2</w:t>
      </w:r>
    </w:p>
    <w:p w14:paraId="15E71CD7" w14:textId="4AF3F438" w:rsidR="008B56AF" w:rsidRPr="008B56AF" w:rsidRDefault="008B56AF" w:rsidP="008B56AF">
      <w:pPr>
        <w:spacing w:after="120" w:line="360" w:lineRule="auto"/>
        <w:jc w:val="both"/>
        <w:rPr>
          <w:rFonts w:cs="Times New Roman"/>
          <w:szCs w:val="24"/>
          <w:lang w:val="pl-PL"/>
        </w:rPr>
      </w:pPr>
      <w:r w:rsidRPr="008B56AF">
        <w:rPr>
          <w:rFonts w:cs="Times New Roman"/>
          <w:szCs w:val="24"/>
          <w:lang w:val="pl-PL"/>
        </w:rPr>
        <w:t>Uchwała została podjęta w głosowaniu jawnym w obecności 5 osób z ogólnej liczby</w:t>
      </w:r>
      <w:r w:rsidRPr="008B56AF">
        <w:rPr>
          <w:rFonts w:cs="Times New Roman"/>
          <w:szCs w:val="24"/>
          <w:lang w:val="pl-PL"/>
        </w:rPr>
        <w:br/>
        <w:t>7 członków statutowego składu rady, wynikiem głosowania: 5 głosów „za”, 0 głosów „przeciw”,</w:t>
      </w:r>
      <w:r w:rsidRPr="008B56AF">
        <w:rPr>
          <w:rFonts w:cs="Times New Roman"/>
          <w:szCs w:val="24"/>
          <w:lang w:val="pl-PL"/>
        </w:rPr>
        <w:br/>
        <w:t>0 głosów „wstrzymujących się”.</w:t>
      </w:r>
    </w:p>
    <w:p w14:paraId="4D362DBB" w14:textId="470E97EC" w:rsidR="00D64F83" w:rsidRPr="00694FBD" w:rsidRDefault="00904B1E" w:rsidP="00694FBD">
      <w:pPr>
        <w:spacing w:after="0" w:line="360" w:lineRule="auto"/>
        <w:jc w:val="center"/>
        <w:rPr>
          <w:szCs w:val="24"/>
          <w:lang w:val="pl-PL"/>
        </w:rPr>
      </w:pPr>
      <w:r w:rsidRPr="00694FBD">
        <w:rPr>
          <w:b/>
          <w:szCs w:val="24"/>
          <w:lang w:val="pl-PL"/>
        </w:rPr>
        <w:t>§ 3</w:t>
      </w:r>
    </w:p>
    <w:p w14:paraId="32853268" w14:textId="77777777" w:rsidR="00D64F83" w:rsidRPr="00694FBD" w:rsidRDefault="00904B1E" w:rsidP="00694FBD">
      <w:pPr>
        <w:spacing w:after="0" w:line="360" w:lineRule="auto"/>
        <w:jc w:val="both"/>
        <w:rPr>
          <w:szCs w:val="24"/>
          <w:lang w:val="pl-PL"/>
        </w:rPr>
      </w:pPr>
      <w:r w:rsidRPr="00694FBD">
        <w:rPr>
          <w:szCs w:val="24"/>
          <w:lang w:val="pl-PL"/>
        </w:rPr>
        <w:t>Uchwała wchodzi w życie z dniem podjęcia.</w:t>
      </w:r>
    </w:p>
    <w:p w14:paraId="3AEB8098" w14:textId="77777777" w:rsidR="00D64F83" w:rsidRPr="00694FBD" w:rsidRDefault="00D64F83" w:rsidP="00694FBD">
      <w:pPr>
        <w:spacing w:after="0" w:line="360" w:lineRule="auto"/>
        <w:rPr>
          <w:szCs w:val="24"/>
          <w:lang w:val="pl-PL"/>
        </w:rPr>
      </w:pPr>
    </w:p>
    <w:p w14:paraId="77B125A0" w14:textId="77777777" w:rsidR="00D64F83" w:rsidRPr="00694FBD" w:rsidRDefault="00D64F83">
      <w:pPr>
        <w:spacing w:after="0" w:line="240" w:lineRule="auto"/>
        <w:rPr>
          <w:szCs w:val="24"/>
          <w:lang w:val="pl-PL"/>
        </w:rPr>
      </w:pPr>
    </w:p>
    <w:p w14:paraId="61FD663B" w14:textId="77777777" w:rsidR="00D64F83" w:rsidRPr="00694FBD" w:rsidRDefault="00904B1E" w:rsidP="00694FBD">
      <w:pPr>
        <w:spacing w:after="0" w:line="240" w:lineRule="auto"/>
        <w:ind w:left="5040"/>
        <w:jc w:val="center"/>
        <w:rPr>
          <w:b/>
          <w:bCs/>
          <w:szCs w:val="24"/>
          <w:lang w:val="pl-PL"/>
        </w:rPr>
      </w:pPr>
      <w:r w:rsidRPr="00694FBD">
        <w:rPr>
          <w:b/>
          <w:bCs/>
          <w:szCs w:val="24"/>
          <w:lang w:val="pl-PL"/>
        </w:rPr>
        <w:t>Marcin Chodyka</w:t>
      </w:r>
      <w:r w:rsidRPr="00694FBD">
        <w:rPr>
          <w:b/>
          <w:bCs/>
          <w:szCs w:val="24"/>
          <w:lang w:val="pl-PL"/>
        </w:rPr>
        <w:br/>
        <w:t>przewodniczący rady uczelni</w:t>
      </w:r>
      <w:r w:rsidRPr="00694FBD">
        <w:rPr>
          <w:b/>
          <w:bCs/>
          <w:szCs w:val="24"/>
          <w:lang w:val="pl-PL"/>
        </w:rPr>
        <w:br/>
        <w:t>kadencji 2025-2028</w:t>
      </w:r>
      <w:r w:rsidRPr="00694FBD">
        <w:rPr>
          <w:b/>
          <w:bCs/>
          <w:szCs w:val="24"/>
          <w:lang w:val="pl-PL"/>
        </w:rPr>
        <w:br/>
        <w:t>Akademii Bialskiej im. Jana Pawła II</w:t>
      </w:r>
    </w:p>
    <w:sectPr w:rsidR="00D64F83" w:rsidRPr="00694FBD" w:rsidSect="00034616">
      <w:pgSz w:w="12240" w:h="15840"/>
      <w:pgMar w:top="1134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64465109">
    <w:abstractNumId w:val="8"/>
  </w:num>
  <w:num w:numId="2" w16cid:durableId="103695391">
    <w:abstractNumId w:val="6"/>
  </w:num>
  <w:num w:numId="3" w16cid:durableId="825169473">
    <w:abstractNumId w:val="5"/>
  </w:num>
  <w:num w:numId="4" w16cid:durableId="1778401364">
    <w:abstractNumId w:val="4"/>
  </w:num>
  <w:num w:numId="5" w16cid:durableId="1730953309">
    <w:abstractNumId w:val="7"/>
  </w:num>
  <w:num w:numId="6" w16cid:durableId="301037176">
    <w:abstractNumId w:val="3"/>
  </w:num>
  <w:num w:numId="7" w16cid:durableId="1458573338">
    <w:abstractNumId w:val="2"/>
  </w:num>
  <w:num w:numId="8" w16cid:durableId="883173456">
    <w:abstractNumId w:val="1"/>
  </w:num>
  <w:num w:numId="9" w16cid:durableId="922183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C5267"/>
    <w:rsid w:val="00562960"/>
    <w:rsid w:val="00694FBD"/>
    <w:rsid w:val="008B56AF"/>
    <w:rsid w:val="00904B1E"/>
    <w:rsid w:val="00AA1D8D"/>
    <w:rsid w:val="00B47730"/>
    <w:rsid w:val="00C54322"/>
    <w:rsid w:val="00CB0664"/>
    <w:rsid w:val="00D4007D"/>
    <w:rsid w:val="00D64F8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7AD563"/>
  <w14:defaultImageDpi w14:val="300"/>
  <w15:docId w15:val="{A0A60B95-884F-4931-8A4C-7B53CC1D9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Jowita Grochowiec</cp:lastModifiedBy>
  <cp:revision>4</cp:revision>
  <dcterms:created xsi:type="dcterms:W3CDTF">2026-05-31T20:23:00Z</dcterms:created>
  <dcterms:modified xsi:type="dcterms:W3CDTF">2026-06-12T08:57:00Z</dcterms:modified>
  <cp:category/>
</cp:coreProperties>
</file>