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756A2" w14:textId="5F786D6F" w:rsidR="00045D2C" w:rsidRDefault="00045D2C" w:rsidP="00045D2C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>Zarządzenie nr</w:t>
      </w:r>
      <w:r w:rsidR="00FB59D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 xml:space="preserve"> 99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>/2025</w:t>
      </w:r>
    </w:p>
    <w:p w14:paraId="1B0359AC" w14:textId="77777777" w:rsidR="00045D2C" w:rsidRDefault="00045D2C" w:rsidP="00045D2C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</w:pPr>
    </w:p>
    <w:p w14:paraId="6A93E6A3" w14:textId="77777777" w:rsidR="00045D2C" w:rsidRDefault="00045D2C" w:rsidP="00045D2C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 xml:space="preserve">Rektora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br/>
        <w:t>Akademii Bialskiej im. Jana Pawła II</w:t>
      </w:r>
    </w:p>
    <w:p w14:paraId="4703DC2C" w14:textId="2A0B2DE4" w:rsidR="00045D2C" w:rsidRDefault="002A1B8A" w:rsidP="00045D2C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 xml:space="preserve">z dnia 30 września </w:t>
      </w:r>
      <w:r w:rsidR="00045D2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pl-PL"/>
        </w:rPr>
        <w:t>2025 roku</w:t>
      </w:r>
    </w:p>
    <w:p w14:paraId="34C911D4" w14:textId="77777777" w:rsidR="00045D2C" w:rsidRDefault="00045D2C" w:rsidP="008123A5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</w:p>
    <w:p w14:paraId="30472712" w14:textId="77EEB8C8" w:rsidR="0042509C" w:rsidRDefault="004A3E8A" w:rsidP="008123A5">
      <w:pPr>
        <w:jc w:val="center"/>
      </w:pPr>
      <w:r w:rsidRPr="007735D9">
        <w:rPr>
          <w:rFonts w:ascii="Times New Roman" w:hAnsi="Times New Roman"/>
          <w:bCs/>
          <w:sz w:val="24"/>
        </w:rPr>
        <w:t xml:space="preserve">w </w:t>
      </w:r>
      <w:proofErr w:type="spellStart"/>
      <w:r w:rsidRPr="007735D9">
        <w:rPr>
          <w:rFonts w:ascii="Times New Roman" w:hAnsi="Times New Roman"/>
          <w:bCs/>
          <w:sz w:val="24"/>
        </w:rPr>
        <w:t>sprawie</w:t>
      </w:r>
      <w:proofErr w:type="spellEnd"/>
      <w:r w:rsidR="007735D9">
        <w:rPr>
          <w:rFonts w:ascii="Times New Roman" w:hAnsi="Times New Roman"/>
          <w:bCs/>
          <w:sz w:val="24"/>
        </w:rPr>
        <w:t>:</w:t>
      </w:r>
      <w:r>
        <w:rPr>
          <w:rFonts w:ascii="Times New Roman" w:hAnsi="Times New Roman"/>
          <w:b/>
          <w:sz w:val="24"/>
        </w:rPr>
        <w:t xml:space="preserve"> </w:t>
      </w:r>
      <w:proofErr w:type="spellStart"/>
      <w:r w:rsidR="00730568">
        <w:rPr>
          <w:rFonts w:ascii="Times New Roman" w:hAnsi="Times New Roman"/>
          <w:b/>
          <w:sz w:val="24"/>
        </w:rPr>
        <w:t>likwidacji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r w:rsidR="00730568">
        <w:rPr>
          <w:rFonts w:ascii="Times New Roman" w:hAnsi="Times New Roman"/>
          <w:b/>
          <w:sz w:val="24"/>
        </w:rPr>
        <w:t>F</w:t>
      </w:r>
      <w:r>
        <w:rPr>
          <w:rFonts w:ascii="Times New Roman" w:hAnsi="Times New Roman"/>
          <w:b/>
          <w:sz w:val="24"/>
        </w:rPr>
        <w:t xml:space="preserve">ilii </w:t>
      </w:r>
      <w:r w:rsidR="00730568">
        <w:rPr>
          <w:rFonts w:ascii="Times New Roman" w:hAnsi="Times New Roman"/>
          <w:b/>
          <w:sz w:val="24"/>
        </w:rPr>
        <w:t xml:space="preserve">w </w:t>
      </w:r>
      <w:proofErr w:type="spellStart"/>
      <w:r w:rsidR="00730568">
        <w:rPr>
          <w:rFonts w:ascii="Times New Roman" w:hAnsi="Times New Roman"/>
          <w:b/>
          <w:sz w:val="24"/>
        </w:rPr>
        <w:t>Radzyniu</w:t>
      </w:r>
      <w:proofErr w:type="spellEnd"/>
      <w:r w:rsidR="00730568">
        <w:rPr>
          <w:rFonts w:ascii="Times New Roman" w:hAnsi="Times New Roman"/>
          <w:b/>
          <w:sz w:val="24"/>
        </w:rPr>
        <w:t xml:space="preserve"> </w:t>
      </w:r>
      <w:proofErr w:type="spellStart"/>
      <w:r w:rsidR="00730568">
        <w:rPr>
          <w:rFonts w:ascii="Times New Roman" w:hAnsi="Times New Roman"/>
          <w:b/>
          <w:sz w:val="24"/>
        </w:rPr>
        <w:t>Podlaskim</w:t>
      </w:r>
      <w:proofErr w:type="spellEnd"/>
      <w:r w:rsidR="00730568">
        <w:rPr>
          <w:rFonts w:ascii="Times New Roman" w:hAnsi="Times New Roman"/>
          <w:b/>
          <w:sz w:val="24"/>
        </w:rPr>
        <w:t xml:space="preserve"> </w:t>
      </w:r>
      <w:r w:rsidR="007B6F25">
        <w:rPr>
          <w:rFonts w:ascii="Times New Roman" w:hAnsi="Times New Roman"/>
          <w:b/>
          <w:sz w:val="24"/>
        </w:rPr>
        <w:t xml:space="preserve"> </w:t>
      </w:r>
      <w:r w:rsidR="007B6F25">
        <w:rPr>
          <w:rFonts w:ascii="Times New Roman" w:hAnsi="Times New Roman"/>
          <w:b/>
          <w:sz w:val="24"/>
        </w:rPr>
        <w:br/>
      </w:r>
      <w:proofErr w:type="spellStart"/>
      <w:r>
        <w:rPr>
          <w:rFonts w:ascii="Times New Roman" w:hAnsi="Times New Roman"/>
          <w:b/>
          <w:sz w:val="24"/>
        </w:rPr>
        <w:t>Akademii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Bialskiej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im</w:t>
      </w:r>
      <w:proofErr w:type="spellEnd"/>
      <w:r>
        <w:rPr>
          <w:rFonts w:ascii="Times New Roman" w:hAnsi="Times New Roman"/>
          <w:b/>
          <w:sz w:val="24"/>
        </w:rPr>
        <w:t xml:space="preserve">. Jana </w:t>
      </w:r>
      <w:proofErr w:type="spellStart"/>
      <w:r>
        <w:rPr>
          <w:rFonts w:ascii="Times New Roman" w:hAnsi="Times New Roman"/>
          <w:b/>
          <w:sz w:val="24"/>
        </w:rPr>
        <w:t>Pawła</w:t>
      </w:r>
      <w:proofErr w:type="spellEnd"/>
      <w:r>
        <w:rPr>
          <w:rFonts w:ascii="Times New Roman" w:hAnsi="Times New Roman"/>
          <w:b/>
          <w:sz w:val="24"/>
        </w:rPr>
        <w:t xml:space="preserve"> II </w:t>
      </w:r>
      <w:r w:rsidR="007735D9">
        <w:rPr>
          <w:rFonts w:ascii="Times New Roman" w:hAnsi="Times New Roman"/>
          <w:b/>
          <w:sz w:val="24"/>
        </w:rPr>
        <w:br/>
      </w:r>
    </w:p>
    <w:p w14:paraId="34B2BBCD" w14:textId="77777777" w:rsidR="0042509C" w:rsidRDefault="0042509C"/>
    <w:p w14:paraId="47DB6E48" w14:textId="5720C851" w:rsidR="0042509C" w:rsidRPr="00A7506D" w:rsidRDefault="004A3E8A" w:rsidP="00FB5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Na </w:t>
      </w:r>
      <w:proofErr w:type="spellStart"/>
      <w:r>
        <w:rPr>
          <w:rFonts w:ascii="Times New Roman" w:hAnsi="Times New Roman"/>
          <w:sz w:val="24"/>
        </w:rPr>
        <w:t>podstawie</w:t>
      </w:r>
      <w:proofErr w:type="spellEnd"/>
      <w:r>
        <w:rPr>
          <w:rFonts w:ascii="Times New Roman" w:hAnsi="Times New Roman"/>
          <w:sz w:val="24"/>
        </w:rPr>
        <w:t xml:space="preserve"> </w:t>
      </w:r>
      <w:r w:rsidR="00D91A93">
        <w:rPr>
          <w:rFonts w:ascii="Times New Roman" w:hAnsi="Times New Roman" w:cs="Times New Roman"/>
          <w:sz w:val="24"/>
          <w:szCs w:val="24"/>
        </w:rPr>
        <w:t xml:space="preserve">art. 28 </w:t>
      </w:r>
      <w:proofErr w:type="spellStart"/>
      <w:r w:rsidR="00D91A93">
        <w:rPr>
          <w:rFonts w:ascii="Times New Roman" w:hAnsi="Times New Roman" w:cs="Times New Roman"/>
          <w:sz w:val="24"/>
          <w:szCs w:val="24"/>
        </w:rPr>
        <w:t>ust</w:t>
      </w:r>
      <w:proofErr w:type="spellEnd"/>
      <w:r w:rsidR="00D91A93">
        <w:rPr>
          <w:rFonts w:ascii="Times New Roman" w:hAnsi="Times New Roman" w:cs="Times New Roman"/>
          <w:sz w:val="24"/>
          <w:szCs w:val="24"/>
        </w:rPr>
        <w:t>. 1 pkt 7 i</w:t>
      </w:r>
      <w:r>
        <w:rPr>
          <w:rFonts w:ascii="Times New Roman" w:hAnsi="Times New Roman" w:cs="Times New Roman"/>
          <w:sz w:val="24"/>
          <w:szCs w:val="24"/>
        </w:rPr>
        <w:t xml:space="preserve"> 16</w:t>
      </w:r>
      <w:r w:rsidRPr="00F91A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1A5B">
        <w:rPr>
          <w:rFonts w:ascii="Times New Roman" w:hAnsi="Times New Roman" w:cs="Times New Roman"/>
          <w:sz w:val="24"/>
          <w:szCs w:val="24"/>
        </w:rPr>
        <w:t>ustawy</w:t>
      </w:r>
      <w:proofErr w:type="spellEnd"/>
      <w:r w:rsidRPr="00F91A5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F91A5B">
        <w:rPr>
          <w:rFonts w:ascii="Times New Roman" w:hAnsi="Times New Roman" w:cs="Times New Roman"/>
          <w:sz w:val="24"/>
          <w:szCs w:val="24"/>
        </w:rPr>
        <w:t>dnia</w:t>
      </w:r>
      <w:proofErr w:type="spellEnd"/>
      <w:r w:rsidRPr="00F91A5B"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 w:rsidRPr="00F91A5B">
        <w:rPr>
          <w:rFonts w:ascii="Times New Roman" w:hAnsi="Times New Roman" w:cs="Times New Roman"/>
          <w:sz w:val="24"/>
          <w:szCs w:val="24"/>
        </w:rPr>
        <w:t>lipca</w:t>
      </w:r>
      <w:proofErr w:type="spellEnd"/>
      <w:r w:rsidRPr="00F91A5B">
        <w:rPr>
          <w:rFonts w:ascii="Times New Roman" w:hAnsi="Times New Roman" w:cs="Times New Roman"/>
          <w:sz w:val="24"/>
          <w:szCs w:val="24"/>
        </w:rPr>
        <w:t xml:space="preserve"> 2018 r. – </w:t>
      </w:r>
      <w:proofErr w:type="spellStart"/>
      <w:r w:rsidRPr="00F91A5B">
        <w:rPr>
          <w:rFonts w:ascii="Times New Roman" w:hAnsi="Times New Roman" w:cs="Times New Roman"/>
          <w:sz w:val="24"/>
          <w:szCs w:val="24"/>
        </w:rPr>
        <w:t>Prawo</w:t>
      </w:r>
      <w:proofErr w:type="spellEnd"/>
      <w:r w:rsidRPr="00F91A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F91A5B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Pr="00F91A5B">
        <w:rPr>
          <w:rFonts w:ascii="Times New Roman" w:hAnsi="Times New Roman" w:cs="Times New Roman"/>
          <w:sz w:val="24"/>
          <w:szCs w:val="24"/>
        </w:rPr>
        <w:t>szkolnictwie</w:t>
      </w:r>
      <w:proofErr w:type="spellEnd"/>
      <w:r w:rsidRPr="00F91A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1A5B">
        <w:rPr>
          <w:rFonts w:ascii="Times New Roman" w:hAnsi="Times New Roman" w:cs="Times New Roman"/>
          <w:sz w:val="24"/>
          <w:szCs w:val="24"/>
        </w:rPr>
        <w:t>wyższym</w:t>
      </w:r>
      <w:proofErr w:type="spellEnd"/>
      <w:r w:rsidRPr="00F91A5B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F91A5B">
        <w:rPr>
          <w:rFonts w:ascii="Times New Roman" w:hAnsi="Times New Roman" w:cs="Times New Roman"/>
          <w:sz w:val="24"/>
          <w:szCs w:val="24"/>
        </w:rPr>
        <w:t>nauce</w:t>
      </w:r>
      <w:proofErr w:type="spellEnd"/>
      <w:r w:rsidRPr="00F91A5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91A5B">
        <w:rPr>
          <w:rFonts w:ascii="Times New Roman" w:hAnsi="Times New Roman" w:cs="Times New Roman"/>
          <w:sz w:val="24"/>
          <w:szCs w:val="24"/>
        </w:rPr>
        <w:t>t.j.</w:t>
      </w:r>
      <w:proofErr w:type="spellEnd"/>
      <w:r w:rsidRPr="00F91A5B">
        <w:rPr>
          <w:rFonts w:ascii="Times New Roman" w:hAnsi="Times New Roman" w:cs="Times New Roman"/>
          <w:sz w:val="24"/>
          <w:szCs w:val="24"/>
        </w:rPr>
        <w:t xml:space="preserve"> Dz. U. z 2024 r. </w:t>
      </w:r>
      <w:proofErr w:type="spellStart"/>
      <w:r w:rsidRPr="00F91A5B">
        <w:rPr>
          <w:rFonts w:ascii="Times New Roman" w:hAnsi="Times New Roman" w:cs="Times New Roman"/>
          <w:sz w:val="24"/>
          <w:szCs w:val="24"/>
        </w:rPr>
        <w:t>poz</w:t>
      </w:r>
      <w:proofErr w:type="spellEnd"/>
      <w:r w:rsidRPr="00F91A5B">
        <w:rPr>
          <w:rFonts w:ascii="Times New Roman" w:hAnsi="Times New Roman" w:cs="Times New Roman"/>
          <w:sz w:val="24"/>
          <w:szCs w:val="24"/>
        </w:rPr>
        <w:t xml:space="preserve">. 1571 z </w:t>
      </w:r>
      <w:proofErr w:type="spellStart"/>
      <w:r w:rsidRPr="00F91A5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F91A5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91A5B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Pr="00F91A5B">
        <w:rPr>
          <w:rFonts w:ascii="Times New Roman" w:hAnsi="Times New Roman" w:cs="Times New Roman"/>
          <w:sz w:val="24"/>
          <w:szCs w:val="24"/>
        </w:rPr>
        <w:t>.)</w:t>
      </w:r>
      <w:r w:rsidR="00A7506D" w:rsidRPr="00A7506D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  <w:r w:rsidR="00A7506D" w:rsidRPr="00F91A5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w związku </w:t>
      </w:r>
      <w:r w:rsidR="00A47A0F">
        <w:rPr>
          <w:rFonts w:ascii="Times New Roman" w:eastAsia="Calibri" w:hAnsi="Times New Roman" w:cs="Times New Roman"/>
          <w:sz w:val="24"/>
          <w:szCs w:val="24"/>
          <w:lang w:val="pl-PL"/>
        </w:rPr>
        <w:br/>
      </w:r>
      <w:r w:rsidR="00A7506D" w:rsidRPr="00F91A5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 § 33 ust. 2 pkt 13 statutu </w:t>
      </w:r>
      <w:bookmarkStart w:id="0" w:name="OLE_LINK1"/>
      <w:r w:rsidR="00A7506D" w:rsidRPr="00F91A5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Akademii Bialskiej im. Jana Pawła </w:t>
      </w:r>
      <w:proofErr w:type="gramStart"/>
      <w:r w:rsidR="00A7506D" w:rsidRPr="00F91A5B">
        <w:rPr>
          <w:rFonts w:ascii="Times New Roman" w:eastAsia="Calibri" w:hAnsi="Times New Roman" w:cs="Times New Roman"/>
          <w:sz w:val="24"/>
          <w:szCs w:val="24"/>
          <w:lang w:val="pl-PL"/>
        </w:rPr>
        <w:t>II</w:t>
      </w:r>
      <w:bookmarkEnd w:id="0"/>
      <w:r w:rsidR="00A7506D" w:rsidRPr="00F91A5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4471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7195">
        <w:rPr>
          <w:rFonts w:ascii="Times New Roman" w:hAnsi="Times New Roman" w:cs="Times New Roman"/>
          <w:sz w:val="24"/>
          <w:szCs w:val="24"/>
        </w:rPr>
        <w:t>oraz</w:t>
      </w:r>
      <w:proofErr w:type="spellEnd"/>
      <w:r w:rsidR="004471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59DF">
        <w:rPr>
          <w:rFonts w:ascii="Times New Roman" w:hAnsi="Times New Roman" w:cs="Times New Roman"/>
          <w:sz w:val="24"/>
          <w:szCs w:val="24"/>
        </w:rPr>
        <w:t>u</w:t>
      </w:r>
      <w:r w:rsidR="00447195">
        <w:rPr>
          <w:rFonts w:ascii="Times New Roman" w:hAnsi="Times New Roman" w:cs="Times New Roman"/>
          <w:sz w:val="24"/>
          <w:szCs w:val="24"/>
        </w:rPr>
        <w:t>chwały</w:t>
      </w:r>
      <w:proofErr w:type="spellEnd"/>
      <w:r w:rsidR="004471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59DF">
        <w:rPr>
          <w:rFonts w:ascii="Times New Roman" w:hAnsi="Times New Roman" w:cs="Times New Roman"/>
          <w:sz w:val="24"/>
          <w:szCs w:val="24"/>
        </w:rPr>
        <w:t>senatu</w:t>
      </w:r>
      <w:proofErr w:type="spellEnd"/>
      <w:r w:rsidR="00FB59DF">
        <w:rPr>
          <w:rFonts w:ascii="Times New Roman" w:hAnsi="Times New Roman" w:cs="Times New Roman"/>
          <w:sz w:val="24"/>
          <w:szCs w:val="24"/>
        </w:rPr>
        <w:t xml:space="preserve"> </w:t>
      </w:r>
      <w:r w:rsidR="00FB59DF" w:rsidRPr="00F91A5B">
        <w:rPr>
          <w:rFonts w:ascii="Times New Roman" w:eastAsia="Calibri" w:hAnsi="Times New Roman" w:cs="Times New Roman"/>
          <w:sz w:val="24"/>
          <w:szCs w:val="24"/>
          <w:lang w:val="pl-PL"/>
        </w:rPr>
        <w:t>Akademii Bialskiej im. Jana Pawła II</w:t>
      </w:r>
      <w:r w:rsidR="00FB59DF">
        <w:rPr>
          <w:rFonts w:ascii="Times New Roman" w:hAnsi="Times New Roman" w:cs="Times New Roman"/>
          <w:sz w:val="24"/>
          <w:szCs w:val="24"/>
        </w:rPr>
        <w:t xml:space="preserve"> </w:t>
      </w:r>
      <w:r w:rsidR="00447195">
        <w:rPr>
          <w:rFonts w:ascii="Times New Roman" w:hAnsi="Times New Roman" w:cs="Times New Roman"/>
          <w:sz w:val="24"/>
          <w:szCs w:val="24"/>
        </w:rPr>
        <w:t xml:space="preserve">nr 21/2025 </w:t>
      </w:r>
      <w:proofErr w:type="spellStart"/>
      <w:r w:rsidR="00E7029C">
        <w:rPr>
          <w:rFonts w:ascii="Times New Roman" w:hAnsi="Times New Roman" w:cs="Times New Roman"/>
          <w:sz w:val="24"/>
          <w:szCs w:val="24"/>
        </w:rPr>
        <w:t>zarządza</w:t>
      </w:r>
      <w:proofErr w:type="spellEnd"/>
      <w:r w:rsidR="00A7506D" w:rsidRPr="00F91A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506D" w:rsidRPr="00F91A5B">
        <w:rPr>
          <w:rFonts w:ascii="Times New Roman" w:hAnsi="Times New Roman" w:cs="Times New Roman"/>
          <w:sz w:val="24"/>
          <w:szCs w:val="24"/>
        </w:rPr>
        <w:t>się</w:t>
      </w:r>
      <w:proofErr w:type="spellEnd"/>
      <w:r w:rsidR="00A7506D" w:rsidRPr="00F91A5B">
        <w:rPr>
          <w:rFonts w:ascii="Times New Roman" w:hAnsi="Times New Roman" w:cs="Times New Roman"/>
          <w:sz w:val="24"/>
          <w:szCs w:val="24"/>
        </w:rPr>
        <w:t xml:space="preserve">, co </w:t>
      </w:r>
      <w:proofErr w:type="spellStart"/>
      <w:r w:rsidR="00A7506D" w:rsidRPr="00F91A5B">
        <w:rPr>
          <w:rFonts w:ascii="Times New Roman" w:hAnsi="Times New Roman" w:cs="Times New Roman"/>
          <w:sz w:val="24"/>
          <w:szCs w:val="24"/>
        </w:rPr>
        <w:t>następuje</w:t>
      </w:r>
      <w:proofErr w:type="spellEnd"/>
      <w:r w:rsidR="00A7506D" w:rsidRPr="00F91A5B">
        <w:rPr>
          <w:rFonts w:ascii="Times New Roman" w:hAnsi="Times New Roman" w:cs="Times New Roman"/>
          <w:sz w:val="24"/>
          <w:szCs w:val="24"/>
        </w:rPr>
        <w:t>:</w:t>
      </w:r>
    </w:p>
    <w:p w14:paraId="71403AF7" w14:textId="77777777" w:rsidR="00A7506D" w:rsidRDefault="004A3E8A" w:rsidP="00C61917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A7506D">
        <w:rPr>
          <w:rFonts w:ascii="Times New Roman" w:hAnsi="Times New Roman"/>
          <w:b/>
          <w:bCs/>
          <w:sz w:val="24"/>
        </w:rPr>
        <w:t>§ 1</w:t>
      </w:r>
    </w:p>
    <w:p w14:paraId="49B5AEA9" w14:textId="1E3BFE2D" w:rsidR="0042509C" w:rsidRPr="00C61917" w:rsidRDefault="004A3E8A" w:rsidP="004A3E8A">
      <w:pPr>
        <w:spacing w:after="0" w:line="240" w:lineRule="auto"/>
        <w:jc w:val="both"/>
        <w:rPr>
          <w:rFonts w:ascii="Times New Roman" w:hAnsi="Times New Roman"/>
          <w:b/>
          <w:bCs/>
          <w:sz w:val="24"/>
        </w:rPr>
      </w:pPr>
      <w:r w:rsidRPr="00A7506D">
        <w:rPr>
          <w:rFonts w:ascii="Times New Roman" w:hAnsi="Times New Roman"/>
          <w:sz w:val="24"/>
        </w:rPr>
        <w:br/>
      </w:r>
      <w:proofErr w:type="spellStart"/>
      <w:r w:rsidR="00BD1677">
        <w:rPr>
          <w:rFonts w:ascii="Times New Roman" w:hAnsi="Times New Roman"/>
          <w:sz w:val="24"/>
        </w:rPr>
        <w:t>Począwszy</w:t>
      </w:r>
      <w:proofErr w:type="spellEnd"/>
      <w:r w:rsidR="00BD1677">
        <w:rPr>
          <w:rFonts w:ascii="Times New Roman" w:hAnsi="Times New Roman"/>
          <w:sz w:val="24"/>
        </w:rPr>
        <w:t xml:space="preserve"> </w:t>
      </w:r>
      <w:r w:rsidR="00BB6039">
        <w:rPr>
          <w:rFonts w:ascii="Times New Roman" w:hAnsi="Times New Roman"/>
          <w:sz w:val="24"/>
        </w:rPr>
        <w:t>od</w:t>
      </w:r>
      <w:r w:rsidR="00BD1677">
        <w:rPr>
          <w:rFonts w:ascii="Times New Roman" w:hAnsi="Times New Roman"/>
          <w:sz w:val="24"/>
        </w:rPr>
        <w:t xml:space="preserve"> </w:t>
      </w:r>
      <w:proofErr w:type="spellStart"/>
      <w:r w:rsidR="00BD1677">
        <w:rPr>
          <w:rFonts w:ascii="Times New Roman" w:hAnsi="Times New Roman"/>
          <w:sz w:val="24"/>
        </w:rPr>
        <w:t>roku</w:t>
      </w:r>
      <w:proofErr w:type="spellEnd"/>
      <w:r w:rsidR="00BD1677">
        <w:rPr>
          <w:rFonts w:ascii="Times New Roman" w:hAnsi="Times New Roman"/>
          <w:sz w:val="24"/>
        </w:rPr>
        <w:t xml:space="preserve"> </w:t>
      </w:r>
      <w:proofErr w:type="spellStart"/>
      <w:r w:rsidR="00BD1677">
        <w:rPr>
          <w:rFonts w:ascii="Times New Roman" w:hAnsi="Times New Roman"/>
          <w:sz w:val="24"/>
        </w:rPr>
        <w:t>akademickiego</w:t>
      </w:r>
      <w:proofErr w:type="spellEnd"/>
      <w:r w:rsidR="00BD1677">
        <w:rPr>
          <w:rFonts w:ascii="Times New Roman" w:hAnsi="Times New Roman"/>
          <w:sz w:val="24"/>
        </w:rPr>
        <w:t xml:space="preserve"> 2025/2026</w:t>
      </w:r>
      <w:r w:rsidR="00BB6039">
        <w:rPr>
          <w:rFonts w:ascii="Times New Roman" w:hAnsi="Times New Roman"/>
          <w:sz w:val="24"/>
        </w:rPr>
        <w:t xml:space="preserve"> </w:t>
      </w:r>
      <w:proofErr w:type="spellStart"/>
      <w:r w:rsidRPr="004A3E8A">
        <w:rPr>
          <w:rFonts w:ascii="Times New Roman" w:hAnsi="Times New Roman"/>
          <w:sz w:val="24"/>
        </w:rPr>
        <w:t>likwid</w:t>
      </w:r>
      <w:r w:rsidR="00BB6039">
        <w:rPr>
          <w:rFonts w:ascii="Times New Roman" w:hAnsi="Times New Roman"/>
          <w:sz w:val="24"/>
        </w:rPr>
        <w:t>uje</w:t>
      </w:r>
      <w:proofErr w:type="spellEnd"/>
      <w:r w:rsidR="00BB6039">
        <w:rPr>
          <w:rFonts w:ascii="Times New Roman" w:hAnsi="Times New Roman"/>
          <w:sz w:val="24"/>
        </w:rPr>
        <w:t xml:space="preserve"> </w:t>
      </w:r>
      <w:proofErr w:type="spellStart"/>
      <w:r w:rsidR="00BB6039">
        <w:rPr>
          <w:rFonts w:ascii="Times New Roman" w:hAnsi="Times New Roman"/>
          <w:sz w:val="24"/>
        </w:rPr>
        <w:t>się</w:t>
      </w:r>
      <w:proofErr w:type="spellEnd"/>
      <w:r w:rsidR="00BB6039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Fili</w:t>
      </w:r>
      <w:r w:rsidR="00806D07">
        <w:rPr>
          <w:rFonts w:ascii="Times New Roman" w:hAnsi="Times New Roman"/>
          <w:sz w:val="24"/>
        </w:rPr>
        <w:t>ę</w:t>
      </w:r>
      <w:proofErr w:type="spellEnd"/>
      <w:r>
        <w:rPr>
          <w:rFonts w:ascii="Times New Roman" w:hAnsi="Times New Roman"/>
          <w:sz w:val="24"/>
        </w:rPr>
        <w:t xml:space="preserve"> </w:t>
      </w:r>
      <w:r w:rsidR="00806D07">
        <w:rPr>
          <w:rFonts w:ascii="Times New Roman" w:hAnsi="Times New Roman"/>
          <w:sz w:val="24"/>
        </w:rPr>
        <w:t xml:space="preserve">w </w:t>
      </w:r>
      <w:proofErr w:type="spellStart"/>
      <w:r w:rsidR="00806D07">
        <w:rPr>
          <w:rFonts w:ascii="Times New Roman" w:hAnsi="Times New Roman"/>
          <w:sz w:val="24"/>
        </w:rPr>
        <w:t>Radzyniu</w:t>
      </w:r>
      <w:proofErr w:type="spellEnd"/>
      <w:r w:rsidR="00806D07">
        <w:rPr>
          <w:rFonts w:ascii="Times New Roman" w:hAnsi="Times New Roman"/>
          <w:sz w:val="24"/>
        </w:rPr>
        <w:t xml:space="preserve"> </w:t>
      </w:r>
      <w:proofErr w:type="spellStart"/>
      <w:r w:rsidR="00806D07">
        <w:rPr>
          <w:rFonts w:ascii="Times New Roman" w:hAnsi="Times New Roman"/>
          <w:sz w:val="24"/>
        </w:rPr>
        <w:t>Podlaskim</w:t>
      </w:r>
      <w:proofErr w:type="spellEnd"/>
      <w:r w:rsidR="00806D07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Akadmii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Bialkiej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im</w:t>
      </w:r>
      <w:proofErr w:type="spellEnd"/>
      <w:r>
        <w:rPr>
          <w:rFonts w:ascii="Times New Roman" w:hAnsi="Times New Roman"/>
          <w:sz w:val="24"/>
        </w:rPr>
        <w:t xml:space="preserve">. Jana </w:t>
      </w:r>
      <w:proofErr w:type="spellStart"/>
      <w:r>
        <w:rPr>
          <w:rFonts w:ascii="Times New Roman" w:hAnsi="Times New Roman"/>
          <w:sz w:val="24"/>
        </w:rPr>
        <w:t>Pawła</w:t>
      </w:r>
      <w:proofErr w:type="spellEnd"/>
      <w:r>
        <w:rPr>
          <w:rFonts w:ascii="Times New Roman" w:hAnsi="Times New Roman"/>
          <w:sz w:val="24"/>
        </w:rPr>
        <w:t xml:space="preserve"> II</w:t>
      </w:r>
      <w:r w:rsidR="00806D07">
        <w:rPr>
          <w:rFonts w:ascii="Times New Roman" w:hAnsi="Times New Roman"/>
          <w:sz w:val="24"/>
        </w:rPr>
        <w:t xml:space="preserve">. </w:t>
      </w:r>
    </w:p>
    <w:p w14:paraId="3BCEEA64" w14:textId="39CD698F" w:rsidR="00A7506D" w:rsidRPr="00A7506D" w:rsidRDefault="00C61917" w:rsidP="00C61917">
      <w:pPr>
        <w:spacing w:after="0" w:line="240" w:lineRule="auto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br/>
      </w:r>
      <w:r w:rsidRPr="00A7506D">
        <w:rPr>
          <w:rFonts w:ascii="Times New Roman" w:hAnsi="Times New Roman"/>
          <w:b/>
          <w:bCs/>
          <w:sz w:val="24"/>
        </w:rPr>
        <w:t xml:space="preserve">§ </w:t>
      </w:r>
      <w:r w:rsidR="004A3E8A">
        <w:rPr>
          <w:rFonts w:ascii="Times New Roman" w:hAnsi="Times New Roman"/>
          <w:b/>
          <w:bCs/>
          <w:sz w:val="24"/>
        </w:rPr>
        <w:t>2</w:t>
      </w:r>
    </w:p>
    <w:p w14:paraId="59FA616F" w14:textId="2F40AD4A" w:rsidR="0042509C" w:rsidRDefault="004A3E8A" w:rsidP="00C61917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/>
      </w:r>
      <w:proofErr w:type="spellStart"/>
      <w:r w:rsidR="006B1DA7">
        <w:rPr>
          <w:rFonts w:ascii="Times New Roman" w:hAnsi="Times New Roman"/>
          <w:sz w:val="24"/>
        </w:rPr>
        <w:t>Zarządzenie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wchodzi</w:t>
      </w:r>
      <w:proofErr w:type="spellEnd"/>
      <w:r>
        <w:rPr>
          <w:rFonts w:ascii="Times New Roman" w:hAnsi="Times New Roman"/>
          <w:sz w:val="24"/>
        </w:rPr>
        <w:t xml:space="preserve"> w </w:t>
      </w:r>
      <w:proofErr w:type="spellStart"/>
      <w:r>
        <w:rPr>
          <w:rFonts w:ascii="Times New Roman" w:hAnsi="Times New Roman"/>
          <w:sz w:val="24"/>
        </w:rPr>
        <w:t>życie</w:t>
      </w:r>
      <w:proofErr w:type="spellEnd"/>
      <w:r>
        <w:rPr>
          <w:rFonts w:ascii="Times New Roman" w:hAnsi="Times New Roman"/>
          <w:sz w:val="24"/>
        </w:rPr>
        <w:t xml:space="preserve"> z </w:t>
      </w:r>
      <w:proofErr w:type="spellStart"/>
      <w:r>
        <w:rPr>
          <w:rFonts w:ascii="Times New Roman" w:hAnsi="Times New Roman"/>
          <w:sz w:val="24"/>
        </w:rPr>
        <w:t>dniem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podjęcia</w:t>
      </w:r>
      <w:proofErr w:type="spellEnd"/>
      <w:r>
        <w:rPr>
          <w:rFonts w:ascii="Times New Roman" w:hAnsi="Times New Roman"/>
          <w:sz w:val="24"/>
        </w:rPr>
        <w:t>.</w:t>
      </w:r>
    </w:p>
    <w:p w14:paraId="41330D77" w14:textId="77777777" w:rsidR="000D180A" w:rsidRDefault="000D180A">
      <w:pPr>
        <w:rPr>
          <w:rFonts w:ascii="Times New Roman" w:hAnsi="Times New Roman"/>
          <w:sz w:val="24"/>
        </w:rPr>
      </w:pPr>
    </w:p>
    <w:p w14:paraId="061D42E0" w14:textId="77777777" w:rsidR="006B1DA7" w:rsidRDefault="006B1DA7" w:rsidP="006B1DA7">
      <w:pPr>
        <w:pStyle w:val="Default"/>
      </w:pPr>
    </w:p>
    <w:p w14:paraId="2B9B3AF5" w14:textId="517922A8" w:rsidR="006B1DA7" w:rsidRPr="006B1DA7" w:rsidRDefault="006B1DA7" w:rsidP="006B1DA7">
      <w:pPr>
        <w:pStyle w:val="Default"/>
        <w:ind w:left="4320"/>
        <w:jc w:val="center"/>
        <w:rPr>
          <w:sz w:val="23"/>
          <w:szCs w:val="23"/>
        </w:rPr>
      </w:pPr>
      <w:r w:rsidRPr="006B1DA7">
        <w:rPr>
          <w:b/>
          <w:bCs/>
          <w:sz w:val="23"/>
          <w:szCs w:val="23"/>
        </w:rPr>
        <w:t xml:space="preserve">prof. dr hab. Jerzy </w:t>
      </w:r>
      <w:proofErr w:type="spellStart"/>
      <w:r w:rsidRPr="006B1DA7">
        <w:rPr>
          <w:b/>
          <w:bCs/>
          <w:sz w:val="23"/>
          <w:szCs w:val="23"/>
        </w:rPr>
        <w:t>Nitychoruk</w:t>
      </w:r>
      <w:proofErr w:type="spellEnd"/>
    </w:p>
    <w:p w14:paraId="7D318997" w14:textId="2F335568" w:rsidR="006B1DA7" w:rsidRPr="006B1DA7" w:rsidRDefault="006B1DA7" w:rsidP="006B1DA7">
      <w:pPr>
        <w:pStyle w:val="Default"/>
        <w:ind w:left="4320"/>
        <w:jc w:val="center"/>
        <w:rPr>
          <w:sz w:val="23"/>
          <w:szCs w:val="23"/>
        </w:rPr>
      </w:pPr>
      <w:r w:rsidRPr="006B1DA7">
        <w:rPr>
          <w:b/>
          <w:bCs/>
          <w:sz w:val="23"/>
          <w:szCs w:val="23"/>
        </w:rPr>
        <w:t>Rektor</w:t>
      </w:r>
    </w:p>
    <w:p w14:paraId="1E6B1230" w14:textId="707855B9" w:rsidR="000D180A" w:rsidRPr="006B1DA7" w:rsidRDefault="006B1DA7" w:rsidP="006B1DA7">
      <w:pPr>
        <w:ind w:left="4320"/>
        <w:jc w:val="center"/>
        <w:rPr>
          <w:rFonts w:ascii="Times New Roman" w:hAnsi="Times New Roman" w:cs="Times New Roman"/>
        </w:rPr>
      </w:pPr>
      <w:proofErr w:type="spellStart"/>
      <w:r w:rsidRPr="006B1DA7">
        <w:rPr>
          <w:rFonts w:ascii="Times New Roman" w:hAnsi="Times New Roman" w:cs="Times New Roman"/>
          <w:b/>
          <w:bCs/>
          <w:sz w:val="23"/>
          <w:szCs w:val="23"/>
        </w:rPr>
        <w:t>Akademii</w:t>
      </w:r>
      <w:proofErr w:type="spellEnd"/>
      <w:r w:rsidRPr="006B1DA7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proofErr w:type="spellStart"/>
      <w:r w:rsidRPr="006B1DA7">
        <w:rPr>
          <w:rFonts w:ascii="Times New Roman" w:hAnsi="Times New Roman" w:cs="Times New Roman"/>
          <w:b/>
          <w:bCs/>
          <w:sz w:val="23"/>
          <w:szCs w:val="23"/>
        </w:rPr>
        <w:t>Bialskiej</w:t>
      </w:r>
      <w:proofErr w:type="spellEnd"/>
      <w:r w:rsidRPr="006B1DA7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proofErr w:type="spellStart"/>
      <w:r w:rsidRPr="006B1DA7">
        <w:rPr>
          <w:rFonts w:ascii="Times New Roman" w:hAnsi="Times New Roman" w:cs="Times New Roman"/>
          <w:b/>
          <w:bCs/>
          <w:sz w:val="23"/>
          <w:szCs w:val="23"/>
        </w:rPr>
        <w:t>im</w:t>
      </w:r>
      <w:proofErr w:type="spellEnd"/>
      <w:r w:rsidRPr="006B1DA7">
        <w:rPr>
          <w:rFonts w:ascii="Times New Roman" w:hAnsi="Times New Roman" w:cs="Times New Roman"/>
          <w:b/>
          <w:bCs/>
          <w:sz w:val="23"/>
          <w:szCs w:val="23"/>
        </w:rPr>
        <w:t xml:space="preserve">. Jana </w:t>
      </w:r>
      <w:proofErr w:type="spellStart"/>
      <w:r w:rsidRPr="006B1DA7">
        <w:rPr>
          <w:rFonts w:ascii="Times New Roman" w:hAnsi="Times New Roman" w:cs="Times New Roman"/>
          <w:b/>
          <w:bCs/>
          <w:sz w:val="23"/>
          <w:szCs w:val="23"/>
        </w:rPr>
        <w:t>Pawła</w:t>
      </w:r>
      <w:proofErr w:type="spellEnd"/>
      <w:r w:rsidRPr="006B1DA7">
        <w:rPr>
          <w:rFonts w:ascii="Times New Roman" w:hAnsi="Times New Roman" w:cs="Times New Roman"/>
          <w:b/>
          <w:bCs/>
          <w:sz w:val="23"/>
          <w:szCs w:val="23"/>
        </w:rPr>
        <w:t xml:space="preserve"> II</w:t>
      </w:r>
    </w:p>
    <w:sectPr w:rsidR="000D180A" w:rsidRPr="006B1DA7" w:rsidSect="000D180A">
      <w:pgSz w:w="12240" w:h="15840"/>
      <w:pgMar w:top="851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18479562">
    <w:abstractNumId w:val="8"/>
  </w:num>
  <w:num w:numId="2" w16cid:durableId="1890722200">
    <w:abstractNumId w:val="6"/>
  </w:num>
  <w:num w:numId="3" w16cid:durableId="1735615041">
    <w:abstractNumId w:val="5"/>
  </w:num>
  <w:num w:numId="4" w16cid:durableId="562371928">
    <w:abstractNumId w:val="4"/>
  </w:num>
  <w:num w:numId="5" w16cid:durableId="1840609656">
    <w:abstractNumId w:val="7"/>
  </w:num>
  <w:num w:numId="6" w16cid:durableId="2067334461">
    <w:abstractNumId w:val="3"/>
  </w:num>
  <w:num w:numId="7" w16cid:durableId="1244024998">
    <w:abstractNumId w:val="2"/>
  </w:num>
  <w:num w:numId="8" w16cid:durableId="1739209483">
    <w:abstractNumId w:val="1"/>
  </w:num>
  <w:num w:numId="9" w16cid:durableId="762334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5D2C"/>
    <w:rsid w:val="0006063C"/>
    <w:rsid w:val="000D180A"/>
    <w:rsid w:val="0015074B"/>
    <w:rsid w:val="0029639D"/>
    <w:rsid w:val="002A1B8A"/>
    <w:rsid w:val="00326F90"/>
    <w:rsid w:val="00406708"/>
    <w:rsid w:val="0042509C"/>
    <w:rsid w:val="00447195"/>
    <w:rsid w:val="004A3E8A"/>
    <w:rsid w:val="004C2180"/>
    <w:rsid w:val="006B1DA7"/>
    <w:rsid w:val="00730568"/>
    <w:rsid w:val="007735D9"/>
    <w:rsid w:val="007B6F25"/>
    <w:rsid w:val="00806D07"/>
    <w:rsid w:val="008123A5"/>
    <w:rsid w:val="00825250"/>
    <w:rsid w:val="008662D7"/>
    <w:rsid w:val="00910A09"/>
    <w:rsid w:val="00995167"/>
    <w:rsid w:val="00A442B4"/>
    <w:rsid w:val="00A47A0F"/>
    <w:rsid w:val="00A7506D"/>
    <w:rsid w:val="00AA1D8D"/>
    <w:rsid w:val="00B47730"/>
    <w:rsid w:val="00B66F87"/>
    <w:rsid w:val="00BB6039"/>
    <w:rsid w:val="00BD1677"/>
    <w:rsid w:val="00C61917"/>
    <w:rsid w:val="00CB0664"/>
    <w:rsid w:val="00CB6451"/>
    <w:rsid w:val="00D91A93"/>
    <w:rsid w:val="00E7029C"/>
    <w:rsid w:val="00FB59D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F5B8FEA0-AD4B-46F3-A234-7978B783D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6B1D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0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68C8CEA-3B7E-4E91-9656-629CDFFCB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5</cp:revision>
  <dcterms:created xsi:type="dcterms:W3CDTF">2025-09-30T08:36:00Z</dcterms:created>
  <dcterms:modified xsi:type="dcterms:W3CDTF">2025-09-30T10:44:00Z</dcterms:modified>
  <cp:category/>
</cp:coreProperties>
</file>