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C43DF" w:rsidR="006C43DF" w:rsidP="006C43DF" w:rsidRDefault="006C43DF" w14:paraId="7882304E" w14:textId="428F438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</w:pPr>
      <w:r w:rsidRPr="006C43DF"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  <w:t>Zarządzenie nr</w:t>
      </w:r>
      <w:r w:rsidR="00CB2F42"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  <w:t xml:space="preserve"> 97</w:t>
      </w:r>
      <w:r w:rsidRPr="006C43DF"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  <w:t>/2025</w:t>
      </w:r>
    </w:p>
    <w:p w:rsidRPr="006C43DF" w:rsidR="006C43DF" w:rsidP="006C43DF" w:rsidRDefault="006C43DF" w14:paraId="35841394" w14:textId="777777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eastAsia="Calibri" w:cs="Times New Roman"/>
          <w:color w:val="000000"/>
          <w:sz w:val="24"/>
          <w:szCs w:val="24"/>
          <w:lang w:val="pl-PL"/>
        </w:rPr>
      </w:pPr>
    </w:p>
    <w:p w:rsidRPr="006C43DF" w:rsidR="006C43DF" w:rsidP="006C43DF" w:rsidRDefault="006C43DF" w14:paraId="26EFD654" w14:textId="777777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eastAsia="Calibri" w:cs="Times New Roman"/>
          <w:color w:val="000000"/>
          <w:sz w:val="24"/>
          <w:szCs w:val="24"/>
          <w:lang w:val="pl-PL"/>
        </w:rPr>
      </w:pPr>
      <w:r w:rsidRPr="006C43DF"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  <w:t xml:space="preserve">Rektora </w:t>
      </w:r>
      <w:r w:rsidRPr="006C43DF"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  <w:br/>
      </w:r>
      <w:r w:rsidRPr="006C43DF"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  <w:t>Akademii Bialskiej im. Jana Pawła II</w:t>
      </w:r>
    </w:p>
    <w:p w:rsidRPr="006C43DF" w:rsidR="006C43DF" w:rsidP="006C43DF" w:rsidRDefault="006C43DF" w14:paraId="59FE2BE1" w14:textId="0D1E594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</w:pPr>
      <w:r w:rsidRPr="006C43DF"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  <w:t xml:space="preserve">z dnia </w:t>
      </w:r>
      <w:r w:rsidR="00F56879"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  <w:t xml:space="preserve">30 września </w:t>
      </w:r>
      <w:r w:rsidRPr="006C43DF">
        <w:rPr>
          <w:rFonts w:ascii="Times New Roman" w:hAnsi="Times New Roman" w:eastAsia="Calibri" w:cs="Times New Roman"/>
          <w:b/>
          <w:bCs/>
          <w:color w:val="000000"/>
          <w:sz w:val="24"/>
          <w:szCs w:val="24"/>
          <w:lang w:val="pl-PL"/>
        </w:rPr>
        <w:t>2025 roku</w:t>
      </w:r>
    </w:p>
    <w:p w:rsidR="006C43DF" w:rsidP="006C43DF" w:rsidRDefault="006C43DF" w14:paraId="005EB6E3" w14:textId="77777777">
      <w:pPr>
        <w:rPr>
          <w:rFonts w:ascii="Times New Roman" w:hAnsi="Times New Roman"/>
          <w:b/>
          <w:sz w:val="24"/>
        </w:rPr>
      </w:pPr>
    </w:p>
    <w:p w:rsidR="00EC166B" w:rsidP="00811FD4" w:rsidRDefault="00811FD4" w14:paraId="146D7743" w14:textId="5D55FE19">
      <w:pPr>
        <w:jc w:val="center"/>
      </w:pPr>
      <w:r w:rsidRPr="006C43DF">
        <w:rPr>
          <w:rFonts w:ascii="Times New Roman" w:hAnsi="Times New Roman"/>
          <w:bCs/>
          <w:sz w:val="24"/>
        </w:rPr>
        <w:t>w sprawie</w:t>
      </w:r>
      <w:r w:rsidR="006C43DF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  <w:r w:rsidRPr="00811FD4">
        <w:rPr>
          <w:rFonts w:ascii="Times New Roman" w:hAnsi="Times New Roman"/>
          <w:b/>
          <w:sz w:val="24"/>
        </w:rPr>
        <w:t xml:space="preserve">likwidacji od roku akademickiego 2025/2026 </w:t>
      </w:r>
      <w:r w:rsidRPr="00811FD4">
        <w:rPr>
          <w:rFonts w:ascii="Times New Roman" w:hAnsi="Times New Roman"/>
          <w:b/>
          <w:sz w:val="24"/>
        </w:rPr>
        <w:br/>
      </w:r>
      <w:r w:rsidRPr="00811FD4">
        <w:rPr>
          <w:rFonts w:ascii="Times New Roman" w:hAnsi="Times New Roman"/>
          <w:b/>
          <w:sz w:val="24"/>
        </w:rPr>
        <w:t xml:space="preserve"> kierunku studiów </w:t>
      </w:r>
      <w:r w:rsidR="007D6EAB">
        <w:rPr>
          <w:rFonts w:ascii="Times New Roman" w:hAnsi="Times New Roman"/>
          <w:b/>
          <w:sz w:val="24"/>
        </w:rPr>
        <w:t>informatyka</w:t>
      </w:r>
      <w:r w:rsidRPr="00811FD4">
        <w:rPr>
          <w:rFonts w:ascii="Times New Roman" w:hAnsi="Times New Roman"/>
          <w:b/>
          <w:sz w:val="24"/>
        </w:rPr>
        <w:br/>
      </w:r>
      <w:r w:rsidRPr="00811FD4">
        <w:rPr>
          <w:rFonts w:ascii="Times New Roman" w:hAnsi="Times New Roman"/>
          <w:b/>
          <w:sz w:val="24"/>
        </w:rPr>
        <w:t>studia pierwszego stopnia o profilu praktycznym</w:t>
      </w:r>
      <w:r w:rsidR="00A034BD">
        <w:rPr>
          <w:rFonts w:ascii="Times New Roman" w:hAnsi="Times New Roman"/>
          <w:b/>
          <w:sz w:val="24"/>
        </w:rPr>
        <w:t xml:space="preserve">, forma stacjonarna </w:t>
      </w:r>
      <w:r w:rsidR="00A63A1B"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b/>
          <w:sz w:val="24"/>
        </w:rPr>
        <w:t xml:space="preserve"> prowadzon</w:t>
      </w:r>
      <w:r w:rsidR="00154BBA">
        <w:rPr>
          <w:rFonts w:ascii="Times New Roman" w:hAnsi="Times New Roman"/>
          <w:b/>
          <w:sz w:val="24"/>
        </w:rPr>
        <w:t>ych</w:t>
      </w:r>
      <w:r w:rsidR="00A63A1B">
        <w:rPr>
          <w:rFonts w:ascii="Times New Roman" w:hAnsi="Times New Roman"/>
          <w:b/>
          <w:sz w:val="24"/>
        </w:rPr>
        <w:t xml:space="preserve"> </w:t>
      </w:r>
      <w:r w:rsidRPr="00811FD4">
        <w:rPr>
          <w:rFonts w:ascii="Times New Roman" w:hAnsi="Times New Roman"/>
          <w:b/>
          <w:bCs/>
          <w:sz w:val="24"/>
        </w:rPr>
        <w:t>w Filii w Radzyniu Podlaskim</w:t>
      </w:r>
    </w:p>
    <w:p w:rsidR="00EC166B" w:rsidP="00D429DB" w:rsidRDefault="00787B3E" w14:paraId="146D7744" w14:textId="61B3405C">
      <w:pPr>
        <w:jc w:val="both"/>
      </w:pPr>
      <w:r>
        <w:rPr>
          <w:rFonts w:ascii="Times New Roman" w:hAnsi="Times New Roman"/>
          <w:sz w:val="24"/>
        </w:rPr>
        <w:t xml:space="preserve">Na podstawie art. 23 ust. 1 ustawy z dnia 20 lipca 2018 r. – Prawo o szkolnictwie wyższym i nauce (t.j. Dz. U. z 2024 r. poz. 1571 z późn. zm.), oraz </w:t>
      </w:r>
      <w:r w:rsidR="00D429DB">
        <w:rPr>
          <w:rFonts w:ascii="Times New Roman" w:hAnsi="Times New Roman"/>
          <w:sz w:val="24"/>
        </w:rPr>
        <w:t>u</w:t>
      </w:r>
      <w:r w:rsidR="007D6EAB">
        <w:rPr>
          <w:rFonts w:ascii="Times New Roman" w:hAnsi="Times New Roman"/>
          <w:sz w:val="24"/>
        </w:rPr>
        <w:t>chwały nr 20</w:t>
      </w:r>
      <w:r>
        <w:rPr>
          <w:rFonts w:ascii="Times New Roman" w:hAnsi="Times New Roman"/>
          <w:sz w:val="24"/>
        </w:rPr>
        <w:t xml:space="preserve">/2025 </w:t>
      </w:r>
      <w:r w:rsidR="00D429DB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enatu Akademii Bialskiej im. Jana Pawła II z dnia </w:t>
      </w:r>
      <w:r w:rsidR="00D429DB">
        <w:rPr>
          <w:rFonts w:ascii="Times New Roman" w:hAnsi="Times New Roman"/>
          <w:sz w:val="24"/>
        </w:rPr>
        <w:t>2</w:t>
      </w:r>
      <w:r w:rsidR="00A034BD">
        <w:rPr>
          <w:rFonts w:ascii="Times New Roman" w:hAnsi="Times New Roman"/>
          <w:sz w:val="24"/>
        </w:rPr>
        <w:t xml:space="preserve">4 kwietnia </w:t>
      </w:r>
      <w:r>
        <w:rPr>
          <w:rFonts w:ascii="Times New Roman" w:hAnsi="Times New Roman"/>
          <w:sz w:val="24"/>
        </w:rPr>
        <w:t>2025 r., zarządzam, co następuje:</w:t>
      </w:r>
      <w:r>
        <w:rPr>
          <w:rFonts w:ascii="Times New Roman" w:hAnsi="Times New Roman"/>
          <w:sz w:val="24"/>
        </w:rPr>
        <w:br/>
      </w:r>
    </w:p>
    <w:p w:rsidR="0076645A" w:rsidP="0076645A" w:rsidRDefault="00787B3E" w14:paraId="06CD9F8F" w14:textId="77777777">
      <w:pPr>
        <w:jc w:val="center"/>
        <w:rPr>
          <w:rFonts w:ascii="Times New Roman" w:hAnsi="Times New Roman"/>
          <w:sz w:val="24"/>
        </w:rPr>
      </w:pPr>
      <w:r w:rsidRPr="0076645A">
        <w:rPr>
          <w:rFonts w:ascii="Times New Roman" w:hAnsi="Times New Roman"/>
          <w:b/>
          <w:bCs/>
          <w:sz w:val="24"/>
        </w:rPr>
        <w:t>§ 1</w:t>
      </w:r>
    </w:p>
    <w:p w:rsidR="00EC166B" w:rsidP="0076645A" w:rsidRDefault="00787B3E" w14:paraId="146D7745" w14:textId="128DC84B">
      <w:pPr>
        <w:jc w:val="both"/>
      </w:pPr>
      <w:r>
        <w:br/>
      </w:r>
      <w:r w:rsidRPr="6DE8F70D" w:rsidR="6DE8F70D">
        <w:rPr>
          <w:rFonts w:ascii="Times New Roman" w:hAnsi="Times New Roman"/>
          <w:sz w:val="24"/>
          <w:szCs w:val="24"/>
        </w:rPr>
        <w:t xml:space="preserve">Od </w:t>
      </w:r>
      <w:r w:rsidRPr="6DE8F70D" w:rsidR="6DE8F70D">
        <w:rPr>
          <w:rFonts w:ascii="Times New Roman" w:hAnsi="Times New Roman"/>
          <w:sz w:val="24"/>
          <w:szCs w:val="24"/>
        </w:rPr>
        <w:t>roku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akademickiego</w:t>
      </w:r>
      <w:r w:rsidRPr="6DE8F70D" w:rsidR="6DE8F70D">
        <w:rPr>
          <w:rFonts w:ascii="Times New Roman" w:hAnsi="Times New Roman"/>
          <w:sz w:val="24"/>
          <w:szCs w:val="24"/>
        </w:rPr>
        <w:t xml:space="preserve"> 2025/2026 </w:t>
      </w:r>
      <w:r w:rsidRPr="6DE8F70D" w:rsidR="6DE8F70D">
        <w:rPr>
          <w:rFonts w:ascii="Times New Roman" w:hAnsi="Times New Roman"/>
          <w:sz w:val="24"/>
          <w:szCs w:val="24"/>
        </w:rPr>
        <w:t>likwiduje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się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kierunek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informatyka</w:t>
      </w:r>
      <w:r w:rsidRPr="6DE8F70D" w:rsidR="6DE8F70D">
        <w:rPr>
          <w:rFonts w:ascii="Times New Roman" w:hAnsi="Times New Roman"/>
          <w:sz w:val="24"/>
          <w:szCs w:val="24"/>
        </w:rPr>
        <w:t xml:space="preserve"> studia </w:t>
      </w:r>
      <w:r w:rsidRPr="6DE8F70D" w:rsidR="6DE8F70D">
        <w:rPr>
          <w:rFonts w:ascii="Times New Roman" w:hAnsi="Times New Roman"/>
          <w:sz w:val="24"/>
          <w:szCs w:val="24"/>
        </w:rPr>
        <w:t>pierwszego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stopnia</w:t>
      </w:r>
      <w:r w:rsidRPr="6DE8F70D" w:rsidR="6DE8F70D">
        <w:rPr>
          <w:rFonts w:ascii="Times New Roman" w:hAnsi="Times New Roman"/>
          <w:sz w:val="24"/>
          <w:szCs w:val="24"/>
        </w:rPr>
        <w:t xml:space="preserve"> o </w:t>
      </w:r>
      <w:r w:rsidRPr="6DE8F70D" w:rsidR="6DE8F70D">
        <w:rPr>
          <w:rFonts w:ascii="Times New Roman" w:hAnsi="Times New Roman"/>
          <w:sz w:val="24"/>
          <w:szCs w:val="24"/>
        </w:rPr>
        <w:t>profilu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praktycznym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prowadzone</w:t>
      </w:r>
      <w:r w:rsidRPr="6DE8F70D" w:rsidR="6DE8F70D">
        <w:rPr>
          <w:rFonts w:ascii="Times New Roman" w:hAnsi="Times New Roman"/>
          <w:sz w:val="24"/>
          <w:szCs w:val="24"/>
        </w:rPr>
        <w:t xml:space="preserve"> w </w:t>
      </w:r>
      <w:r w:rsidRPr="6DE8F70D" w:rsidR="6DE8F70D">
        <w:rPr>
          <w:rFonts w:ascii="Times New Roman" w:hAnsi="Times New Roman"/>
          <w:sz w:val="24"/>
          <w:szCs w:val="24"/>
        </w:rPr>
        <w:t>formie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stacjonarnej</w:t>
      </w:r>
      <w:r w:rsidRPr="6DE8F70D" w:rsidR="6DE8F70D">
        <w:rPr>
          <w:rFonts w:ascii="Times New Roman" w:hAnsi="Times New Roman"/>
          <w:sz w:val="24"/>
          <w:szCs w:val="24"/>
        </w:rPr>
        <w:t xml:space="preserve"> w Filii </w:t>
      </w:r>
      <w:r w:rsidRPr="6DE8F70D" w:rsidR="6DE8F70D">
        <w:rPr>
          <w:rFonts w:ascii="Times New Roman" w:hAnsi="Times New Roman"/>
          <w:sz w:val="24"/>
          <w:szCs w:val="24"/>
        </w:rPr>
        <w:t>Akademii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Bialskiej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im</w:t>
      </w:r>
      <w:r w:rsidRPr="6DE8F70D" w:rsidR="6DE8F70D">
        <w:rPr>
          <w:rFonts w:ascii="Times New Roman" w:hAnsi="Times New Roman"/>
          <w:sz w:val="24"/>
          <w:szCs w:val="24"/>
        </w:rPr>
        <w:t xml:space="preserve">. Jana </w:t>
      </w:r>
      <w:r w:rsidRPr="6DE8F70D" w:rsidR="6DE8F70D">
        <w:rPr>
          <w:rFonts w:ascii="Times New Roman" w:hAnsi="Times New Roman"/>
          <w:sz w:val="24"/>
          <w:szCs w:val="24"/>
        </w:rPr>
        <w:t>Pawła</w:t>
      </w:r>
      <w:r w:rsidRPr="6DE8F70D" w:rsidR="6DE8F70D">
        <w:rPr>
          <w:rFonts w:ascii="Times New Roman" w:hAnsi="Times New Roman"/>
          <w:sz w:val="24"/>
          <w:szCs w:val="24"/>
        </w:rPr>
        <w:t xml:space="preserve"> II w </w:t>
      </w:r>
      <w:r w:rsidRPr="6DE8F70D" w:rsidR="6DE8F70D">
        <w:rPr>
          <w:rFonts w:ascii="Times New Roman" w:hAnsi="Times New Roman"/>
          <w:sz w:val="24"/>
          <w:szCs w:val="24"/>
        </w:rPr>
        <w:t>Radzyniu</w:t>
      </w:r>
      <w:r w:rsidRPr="6DE8F70D" w:rsidR="6DE8F70D">
        <w:rPr>
          <w:rFonts w:ascii="Times New Roman" w:hAnsi="Times New Roman"/>
          <w:sz w:val="24"/>
          <w:szCs w:val="24"/>
        </w:rPr>
        <w:t xml:space="preserve"> </w:t>
      </w:r>
      <w:r w:rsidRPr="6DE8F70D" w:rsidR="6DE8F70D">
        <w:rPr>
          <w:rFonts w:ascii="Times New Roman" w:hAnsi="Times New Roman"/>
          <w:sz w:val="24"/>
          <w:szCs w:val="24"/>
        </w:rPr>
        <w:t>Podlaskim</w:t>
      </w:r>
      <w:r w:rsidRPr="6DE8F70D" w:rsidR="6DE8F70D">
        <w:rPr>
          <w:rFonts w:ascii="Times New Roman" w:hAnsi="Times New Roman"/>
          <w:sz w:val="24"/>
          <w:szCs w:val="24"/>
        </w:rPr>
        <w:t>.</w:t>
      </w:r>
    </w:p>
    <w:p w:rsidR="0076645A" w:rsidP="0076645A" w:rsidRDefault="00787B3E" w14:paraId="6BC611CD" w14:textId="77777777">
      <w:pPr>
        <w:jc w:val="center"/>
        <w:rPr>
          <w:rFonts w:ascii="Times New Roman" w:hAnsi="Times New Roman"/>
          <w:sz w:val="24"/>
        </w:rPr>
      </w:pPr>
      <w:r w:rsidRPr="0076645A">
        <w:rPr>
          <w:rFonts w:ascii="Times New Roman" w:hAnsi="Times New Roman"/>
          <w:b/>
          <w:bCs/>
          <w:sz w:val="24"/>
        </w:rPr>
        <w:t xml:space="preserve">§ </w:t>
      </w:r>
      <w:r w:rsidRPr="0076645A" w:rsidR="003457B6">
        <w:rPr>
          <w:rFonts w:ascii="Times New Roman" w:hAnsi="Times New Roman"/>
          <w:b/>
          <w:bCs/>
          <w:sz w:val="24"/>
        </w:rPr>
        <w:t>2</w:t>
      </w:r>
    </w:p>
    <w:p w:rsidR="00EC166B" w:rsidP="0076645A" w:rsidRDefault="00787B3E" w14:paraId="146D7746" w14:textId="28A5E2C1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Zarządzenie wchodzi w życie z dniem podpisania.</w:t>
      </w:r>
    </w:p>
    <w:p w:rsidR="00D429DB" w:rsidP="0076645A" w:rsidRDefault="00D429DB" w14:paraId="4A2C88B3" w14:textId="77777777">
      <w:pPr>
        <w:jc w:val="both"/>
        <w:rPr>
          <w:rFonts w:ascii="Times New Roman" w:hAnsi="Times New Roman"/>
          <w:sz w:val="24"/>
        </w:rPr>
      </w:pPr>
    </w:p>
    <w:tbl>
      <w:tblPr>
        <w:tblStyle w:val="Tabela-Siatka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287"/>
        <w:gridCol w:w="4353"/>
      </w:tblGrid>
      <w:tr w:rsidRPr="006121FC" w:rsidR="00D429DB" w:rsidTr="005D101E" w14:paraId="1B6E043F" w14:textId="77777777">
        <w:tc>
          <w:tcPr>
            <w:tcW w:w="4531" w:type="dxa"/>
          </w:tcPr>
          <w:p w:rsidRPr="006121FC" w:rsidR="00D429DB" w:rsidP="005D101E" w:rsidRDefault="00D429DB" w14:paraId="35E284AA" w14:textId="77777777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4531" w:type="dxa"/>
          </w:tcPr>
          <w:p w:rsidRPr="006B14EE" w:rsidR="00D429DB" w:rsidP="005D101E" w:rsidRDefault="00D429DB" w14:paraId="4E082DF9" w14:textId="77777777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prof. dr hab. Jerzy Nitychoruk</w:t>
            </w:r>
          </w:p>
          <w:p w:rsidRPr="006121FC" w:rsidR="00D429DB" w:rsidP="005D101E" w:rsidRDefault="00D429DB" w14:paraId="2AD8767C" w14:textId="77777777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 xml:space="preserve">Rektor </w:t>
            </w:r>
          </w:p>
          <w:p w:rsidRPr="006121FC" w:rsidR="00D429DB" w:rsidP="005D101E" w:rsidRDefault="00D429DB" w14:paraId="4D464265" w14:textId="77777777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Akademii Bialskiej im. Jana Pawła II</w:t>
            </w:r>
          </w:p>
        </w:tc>
      </w:tr>
    </w:tbl>
    <w:p w:rsidR="00D429DB" w:rsidP="00D429DB" w:rsidRDefault="00D429DB" w14:paraId="66A59969" w14:textId="77777777">
      <w:pPr>
        <w:pStyle w:val="Default"/>
        <w:rPr>
          <w:b/>
          <w:bCs/>
        </w:rPr>
      </w:pPr>
    </w:p>
    <w:p w:rsidR="0076645A" w:rsidP="0076645A" w:rsidRDefault="0076645A" w14:paraId="312B4499" w14:textId="77777777">
      <w:pPr>
        <w:jc w:val="both"/>
      </w:pPr>
    </w:p>
    <w:sectPr w:rsidR="0076645A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33620621">
    <w:abstractNumId w:val="8"/>
  </w:num>
  <w:num w:numId="2" w16cid:durableId="1043408318">
    <w:abstractNumId w:val="6"/>
  </w:num>
  <w:num w:numId="3" w16cid:durableId="31004922">
    <w:abstractNumId w:val="5"/>
  </w:num>
  <w:num w:numId="4" w16cid:durableId="274213336">
    <w:abstractNumId w:val="4"/>
  </w:num>
  <w:num w:numId="5" w16cid:durableId="554852459">
    <w:abstractNumId w:val="7"/>
  </w:num>
  <w:num w:numId="6" w16cid:durableId="795373264">
    <w:abstractNumId w:val="3"/>
  </w:num>
  <w:num w:numId="7" w16cid:durableId="570701668">
    <w:abstractNumId w:val="2"/>
  </w:num>
  <w:num w:numId="8" w16cid:durableId="186797139">
    <w:abstractNumId w:val="1"/>
  </w:num>
  <w:num w:numId="9" w16cid:durableId="1892306866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54BBA"/>
    <w:rsid w:val="001F1848"/>
    <w:rsid w:val="0029639D"/>
    <w:rsid w:val="002E48CB"/>
    <w:rsid w:val="00326F90"/>
    <w:rsid w:val="003457B6"/>
    <w:rsid w:val="00432B03"/>
    <w:rsid w:val="005948A0"/>
    <w:rsid w:val="006C43DF"/>
    <w:rsid w:val="0076645A"/>
    <w:rsid w:val="00787B3E"/>
    <w:rsid w:val="007D6EAB"/>
    <w:rsid w:val="00811FD4"/>
    <w:rsid w:val="00A034BD"/>
    <w:rsid w:val="00A63A1B"/>
    <w:rsid w:val="00A97E3B"/>
    <w:rsid w:val="00AA1D8D"/>
    <w:rsid w:val="00B47730"/>
    <w:rsid w:val="00C35E97"/>
    <w:rsid w:val="00CB0664"/>
    <w:rsid w:val="00CB2F42"/>
    <w:rsid w:val="00D36CF8"/>
    <w:rsid w:val="00D429DB"/>
    <w:rsid w:val="00DD40A0"/>
    <w:rsid w:val="00E31172"/>
    <w:rsid w:val="00E36973"/>
    <w:rsid w:val="00EC166B"/>
    <w:rsid w:val="00F56879"/>
    <w:rsid w:val="00FC693F"/>
    <w:rsid w:val="6DE8F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6D7741"/>
  <w14:defaultImageDpi w14:val="300"/>
  <w15:docId w15:val="{63FFD948-F017-47AC-B689-00610D5F4C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styleId="Nagwek1Znak" w:customStyle="1">
    <w:name w:val="Nagłówek 1 Znak"/>
    <w:basedOn w:val="Domylnaczcionkaakapitu"/>
    <w:link w:val="Nagwek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Nagwek2Znak" w:customStyle="1">
    <w:name w:val="Nagłówek 2 Znak"/>
    <w:basedOn w:val="Domylnaczcionkaakapitu"/>
    <w:link w:val="Nagwek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Nagwek3Znak" w:customStyle="1">
    <w:name w:val="Nagłówek 3 Znak"/>
    <w:basedOn w:val="Domylnaczcionkaakapitu"/>
    <w:link w:val="Nagwek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ytuZnak" w:customStyle="1">
    <w:name w:val="Tytuł Znak"/>
    <w:basedOn w:val="Domylnaczcionkaakapitu"/>
    <w:link w:val="Tytu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PodtytuZnak" w:customStyle="1">
    <w:name w:val="Podtytuł Znak"/>
    <w:basedOn w:val="Domylnaczcionkaakapitu"/>
    <w:link w:val="Podtytu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styleId="TekstpodstawowyZnak" w:customStyle="1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styleId="Tekstpodstawowy2Znak" w:customStyle="1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kstpodstawowy3Znak" w:customStyle="1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kstmakraZnak" w:customStyle="1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styleId="CytatZnak" w:customStyle="1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styleId="Nagwek4Znak" w:customStyle="1">
    <w:name w:val="Nagłówek 4 Znak"/>
    <w:basedOn w:val="Domylnaczcionkaakapitu"/>
    <w:link w:val="Nagwek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Nagwek5Znak" w:customStyle="1">
    <w:name w:val="Nagłówek 5 Znak"/>
    <w:basedOn w:val="Domylnaczcionkaakapitu"/>
    <w:link w:val="Nagwek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Nagwek6Znak" w:customStyle="1">
    <w:name w:val="Nagłówek 6 Znak"/>
    <w:basedOn w:val="Domylnaczcionkaakapitu"/>
    <w:link w:val="Nagwek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Nagwek7Znak" w:customStyle="1">
    <w:name w:val="Nagłówek 7 Znak"/>
    <w:basedOn w:val="Domylnaczcionkaakapitu"/>
    <w:link w:val="Nagwek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Nagwek8Znak" w:customStyle="1">
    <w:name w:val="Nagłówek 8 Znak"/>
    <w:basedOn w:val="Domylnaczcionkaakapitu"/>
    <w:link w:val="Nagwek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Nagwek9Znak" w:customStyle="1">
    <w:name w:val="Nagłówek 9 Znak"/>
    <w:basedOn w:val="Domylnaczcionkaakapitu"/>
    <w:link w:val="Nagwek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ytatintensywnyZnak" w:customStyle="1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Default" w:customStyle="1">
    <w:name w:val="Default"/>
    <w:rsid w:val="00D429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4F50E92-553D-40C9-A0C6-E3E4CBD3D57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Gość</lastModifiedBy>
  <revision>5</revision>
  <lastPrinted>2025-09-30T10:40:00.0000000Z</lastPrinted>
  <dcterms:created xsi:type="dcterms:W3CDTF">2025-09-30T08:38:00.0000000Z</dcterms:created>
  <dcterms:modified xsi:type="dcterms:W3CDTF">2025-09-30T12:10:35.9505666Z</dcterms:modified>
  <category/>
</coreProperties>
</file>