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9DDEA" w14:textId="484EF527" w:rsidR="007735D9" w:rsidRPr="00887526" w:rsidRDefault="007735D9" w:rsidP="00773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887526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Uchwała nr </w:t>
      </w:r>
      <w:r w:rsidR="00A47A0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21</w:t>
      </w:r>
      <w:r w:rsidRPr="00887526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/2025</w:t>
      </w:r>
    </w:p>
    <w:p w14:paraId="4CE34B4D" w14:textId="77777777" w:rsidR="007735D9" w:rsidRPr="00887526" w:rsidRDefault="007735D9" w:rsidP="00773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46CC9506" w14:textId="77777777" w:rsidR="007735D9" w:rsidRPr="00887526" w:rsidRDefault="007735D9" w:rsidP="00773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887526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Senatu </w:t>
      </w:r>
      <w:r w:rsidRPr="00887526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317DEF08" w14:textId="77777777" w:rsidR="007735D9" w:rsidRPr="00887526" w:rsidRDefault="007735D9" w:rsidP="00773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887526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 dnia 24 kwietnia 2025 roku</w:t>
      </w:r>
    </w:p>
    <w:p w14:paraId="2B8C45DA" w14:textId="77777777" w:rsidR="007735D9" w:rsidRDefault="007735D9">
      <w:pPr>
        <w:rPr>
          <w:rFonts w:ascii="Times New Roman" w:hAnsi="Times New Roman"/>
          <w:b/>
          <w:sz w:val="24"/>
        </w:rPr>
      </w:pPr>
    </w:p>
    <w:p w14:paraId="30472712" w14:textId="153F5B13" w:rsidR="0042509C" w:rsidRDefault="004A3E8A" w:rsidP="008123A5">
      <w:pPr>
        <w:jc w:val="center"/>
      </w:pPr>
      <w:r w:rsidRPr="007735D9">
        <w:rPr>
          <w:rFonts w:ascii="Times New Roman" w:hAnsi="Times New Roman"/>
          <w:bCs/>
          <w:sz w:val="24"/>
        </w:rPr>
        <w:t xml:space="preserve">w </w:t>
      </w:r>
      <w:proofErr w:type="spellStart"/>
      <w:r w:rsidRPr="007735D9">
        <w:rPr>
          <w:rFonts w:ascii="Times New Roman" w:hAnsi="Times New Roman"/>
          <w:bCs/>
          <w:sz w:val="24"/>
        </w:rPr>
        <w:t>sprawie</w:t>
      </w:r>
      <w:proofErr w:type="spellEnd"/>
      <w:r w:rsidR="007735D9">
        <w:rPr>
          <w:rFonts w:ascii="Times New Roman" w:hAnsi="Times New Roman"/>
          <w:bCs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opinii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dot</w:t>
      </w:r>
      <w:r w:rsidR="00A22BD4">
        <w:rPr>
          <w:rFonts w:ascii="Times New Roman" w:hAnsi="Times New Roman"/>
          <w:b/>
          <w:sz w:val="24"/>
        </w:rPr>
        <w:t>yczącej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="00730568">
        <w:rPr>
          <w:rFonts w:ascii="Times New Roman" w:hAnsi="Times New Roman"/>
          <w:b/>
          <w:sz w:val="24"/>
        </w:rPr>
        <w:t>likwidacji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 w:rsidR="00730568">
        <w:rPr>
          <w:rFonts w:ascii="Times New Roman" w:hAnsi="Times New Roman"/>
          <w:b/>
          <w:sz w:val="24"/>
        </w:rPr>
        <w:t>F</w:t>
      </w:r>
      <w:r>
        <w:rPr>
          <w:rFonts w:ascii="Times New Roman" w:hAnsi="Times New Roman"/>
          <w:b/>
          <w:sz w:val="24"/>
        </w:rPr>
        <w:t xml:space="preserve">ilii </w:t>
      </w:r>
      <w:r w:rsidR="00730568">
        <w:rPr>
          <w:rFonts w:ascii="Times New Roman" w:hAnsi="Times New Roman"/>
          <w:b/>
          <w:sz w:val="24"/>
        </w:rPr>
        <w:t xml:space="preserve">w </w:t>
      </w:r>
      <w:proofErr w:type="spellStart"/>
      <w:r w:rsidR="00730568">
        <w:rPr>
          <w:rFonts w:ascii="Times New Roman" w:hAnsi="Times New Roman"/>
          <w:b/>
          <w:sz w:val="24"/>
        </w:rPr>
        <w:t>Radzyniu</w:t>
      </w:r>
      <w:proofErr w:type="spellEnd"/>
      <w:r w:rsidR="00730568">
        <w:rPr>
          <w:rFonts w:ascii="Times New Roman" w:hAnsi="Times New Roman"/>
          <w:b/>
          <w:sz w:val="24"/>
        </w:rPr>
        <w:t xml:space="preserve"> </w:t>
      </w:r>
      <w:proofErr w:type="spellStart"/>
      <w:r w:rsidR="00730568">
        <w:rPr>
          <w:rFonts w:ascii="Times New Roman" w:hAnsi="Times New Roman"/>
          <w:b/>
          <w:sz w:val="24"/>
        </w:rPr>
        <w:t>Podlaskim</w:t>
      </w:r>
      <w:proofErr w:type="spellEnd"/>
      <w:r w:rsidR="00730568">
        <w:rPr>
          <w:rFonts w:ascii="Times New Roman" w:hAnsi="Times New Roman"/>
          <w:b/>
          <w:sz w:val="24"/>
        </w:rPr>
        <w:t xml:space="preserve"> </w:t>
      </w:r>
      <w:r w:rsidR="007B6F25">
        <w:rPr>
          <w:rFonts w:ascii="Times New Roman" w:hAnsi="Times New Roman"/>
          <w:b/>
          <w:sz w:val="24"/>
        </w:rPr>
        <w:t xml:space="preserve"> </w:t>
      </w:r>
      <w:r w:rsidR="007B6F25">
        <w:rPr>
          <w:rFonts w:ascii="Times New Roman" w:hAnsi="Times New Roman"/>
          <w:b/>
          <w:sz w:val="24"/>
        </w:rPr>
        <w:br/>
      </w:r>
      <w:proofErr w:type="spellStart"/>
      <w:r>
        <w:rPr>
          <w:rFonts w:ascii="Times New Roman" w:hAnsi="Times New Roman"/>
          <w:b/>
          <w:sz w:val="24"/>
        </w:rPr>
        <w:t>Akademii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Bialskiej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im</w:t>
      </w:r>
      <w:proofErr w:type="spellEnd"/>
      <w:r>
        <w:rPr>
          <w:rFonts w:ascii="Times New Roman" w:hAnsi="Times New Roman"/>
          <w:b/>
          <w:sz w:val="24"/>
        </w:rPr>
        <w:t xml:space="preserve">. Jana </w:t>
      </w:r>
      <w:proofErr w:type="spellStart"/>
      <w:r>
        <w:rPr>
          <w:rFonts w:ascii="Times New Roman" w:hAnsi="Times New Roman"/>
          <w:b/>
          <w:sz w:val="24"/>
        </w:rPr>
        <w:t>Pawła</w:t>
      </w:r>
      <w:proofErr w:type="spellEnd"/>
      <w:r>
        <w:rPr>
          <w:rFonts w:ascii="Times New Roman" w:hAnsi="Times New Roman"/>
          <w:b/>
          <w:sz w:val="24"/>
        </w:rPr>
        <w:t xml:space="preserve"> II </w:t>
      </w:r>
      <w:r w:rsidR="007735D9">
        <w:rPr>
          <w:rFonts w:ascii="Times New Roman" w:hAnsi="Times New Roman"/>
          <w:b/>
          <w:sz w:val="24"/>
        </w:rPr>
        <w:br/>
      </w:r>
    </w:p>
    <w:p w14:paraId="34B2BBCD" w14:textId="77777777" w:rsidR="0042509C" w:rsidRDefault="0042509C"/>
    <w:p w14:paraId="47DB6E48" w14:textId="7D14E283" w:rsidR="0042509C" w:rsidRPr="00A7506D" w:rsidRDefault="004A3E8A" w:rsidP="00A750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Na </w:t>
      </w:r>
      <w:proofErr w:type="spellStart"/>
      <w:r>
        <w:rPr>
          <w:rFonts w:ascii="Times New Roman" w:hAnsi="Times New Roman"/>
          <w:sz w:val="24"/>
        </w:rPr>
        <w:t>podstawie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D91A93">
        <w:rPr>
          <w:rFonts w:ascii="Times New Roman" w:hAnsi="Times New Roman" w:cs="Times New Roman"/>
          <w:sz w:val="24"/>
          <w:szCs w:val="24"/>
        </w:rPr>
        <w:t xml:space="preserve">art. 28 </w:t>
      </w:r>
      <w:proofErr w:type="spellStart"/>
      <w:r w:rsidR="00D91A93">
        <w:rPr>
          <w:rFonts w:ascii="Times New Roman" w:hAnsi="Times New Roman" w:cs="Times New Roman"/>
          <w:sz w:val="24"/>
          <w:szCs w:val="24"/>
        </w:rPr>
        <w:t>ust</w:t>
      </w:r>
      <w:proofErr w:type="spellEnd"/>
      <w:r w:rsidR="00D91A93">
        <w:rPr>
          <w:rFonts w:ascii="Times New Roman" w:hAnsi="Times New Roman" w:cs="Times New Roman"/>
          <w:sz w:val="24"/>
          <w:szCs w:val="24"/>
        </w:rPr>
        <w:t>. 1 pkt 7 i</w:t>
      </w:r>
      <w:r>
        <w:rPr>
          <w:rFonts w:ascii="Times New Roman" w:hAnsi="Times New Roman" w:cs="Times New Roman"/>
          <w:sz w:val="24"/>
          <w:szCs w:val="24"/>
        </w:rPr>
        <w:t xml:space="preserve"> 16</w:t>
      </w:r>
      <w:r w:rsidRPr="00F91A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ustawy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dnia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lipca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2018 r. –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Prawo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F91A5B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szkolnictwie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wyższym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nauce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t.j.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Dz. U. z 2024 r.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. 1571 z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>.)</w:t>
      </w:r>
      <w:r w:rsidR="00A7506D" w:rsidRPr="00A7506D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A7506D" w:rsidRPr="00F91A5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związku </w:t>
      </w:r>
      <w:r w:rsidR="00A47A0F">
        <w:rPr>
          <w:rFonts w:ascii="Times New Roman" w:eastAsia="Calibri" w:hAnsi="Times New Roman" w:cs="Times New Roman"/>
          <w:sz w:val="24"/>
          <w:szCs w:val="24"/>
          <w:lang w:val="pl-PL"/>
        </w:rPr>
        <w:br/>
      </w:r>
      <w:r w:rsidR="00A7506D" w:rsidRPr="00F91A5B">
        <w:rPr>
          <w:rFonts w:ascii="Times New Roman" w:eastAsia="Calibri" w:hAnsi="Times New Roman" w:cs="Times New Roman"/>
          <w:sz w:val="24"/>
          <w:szCs w:val="24"/>
          <w:lang w:val="pl-PL"/>
        </w:rPr>
        <w:t>z § 33 ust. 2 pkt 13 statutu Akademii Bialskiej im. Jana Pawła II</w:t>
      </w:r>
      <w:r w:rsidR="00A7506D" w:rsidRPr="00F91A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506D" w:rsidRPr="00F91A5B">
        <w:rPr>
          <w:rFonts w:ascii="Times New Roman" w:hAnsi="Times New Roman" w:cs="Times New Roman"/>
          <w:sz w:val="24"/>
          <w:szCs w:val="24"/>
        </w:rPr>
        <w:t>uchwala</w:t>
      </w:r>
      <w:proofErr w:type="spellEnd"/>
      <w:r w:rsidR="00A7506D" w:rsidRPr="00F91A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506D" w:rsidRPr="00F91A5B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="00A7506D" w:rsidRPr="00F91A5B">
        <w:rPr>
          <w:rFonts w:ascii="Times New Roman" w:hAnsi="Times New Roman" w:cs="Times New Roman"/>
          <w:sz w:val="24"/>
          <w:szCs w:val="24"/>
        </w:rPr>
        <w:t xml:space="preserve">, </w:t>
      </w:r>
      <w:r w:rsidR="00A47A0F">
        <w:rPr>
          <w:rFonts w:ascii="Times New Roman" w:hAnsi="Times New Roman" w:cs="Times New Roman"/>
          <w:sz w:val="24"/>
          <w:szCs w:val="24"/>
        </w:rPr>
        <w:br/>
      </w:r>
      <w:r w:rsidR="00A7506D" w:rsidRPr="00F91A5B">
        <w:rPr>
          <w:rFonts w:ascii="Times New Roman" w:hAnsi="Times New Roman" w:cs="Times New Roman"/>
          <w:sz w:val="24"/>
          <w:szCs w:val="24"/>
        </w:rPr>
        <w:t xml:space="preserve">co </w:t>
      </w:r>
      <w:proofErr w:type="spellStart"/>
      <w:r w:rsidR="00A7506D" w:rsidRPr="00F91A5B">
        <w:rPr>
          <w:rFonts w:ascii="Times New Roman" w:hAnsi="Times New Roman" w:cs="Times New Roman"/>
          <w:sz w:val="24"/>
          <w:szCs w:val="24"/>
        </w:rPr>
        <w:t>następuje</w:t>
      </w:r>
      <w:proofErr w:type="spellEnd"/>
      <w:r w:rsidR="00A7506D" w:rsidRPr="00F91A5B">
        <w:rPr>
          <w:rFonts w:ascii="Times New Roman" w:hAnsi="Times New Roman" w:cs="Times New Roman"/>
          <w:sz w:val="24"/>
          <w:szCs w:val="24"/>
        </w:rPr>
        <w:t>:</w:t>
      </w:r>
    </w:p>
    <w:p w14:paraId="71403AF7" w14:textId="77777777" w:rsidR="00A7506D" w:rsidRDefault="004A3E8A" w:rsidP="00C61917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7506D">
        <w:rPr>
          <w:rFonts w:ascii="Times New Roman" w:hAnsi="Times New Roman"/>
          <w:b/>
          <w:bCs/>
          <w:sz w:val="24"/>
        </w:rPr>
        <w:t>§ 1</w:t>
      </w:r>
    </w:p>
    <w:p w14:paraId="49B5AEA9" w14:textId="2542B8DF" w:rsidR="0042509C" w:rsidRPr="00C61917" w:rsidRDefault="004A3E8A" w:rsidP="004A3E8A">
      <w:pPr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  <w:r w:rsidRPr="00A7506D">
        <w:rPr>
          <w:rFonts w:ascii="Times New Roman" w:hAnsi="Times New Roman"/>
          <w:sz w:val="24"/>
        </w:rPr>
        <w:br/>
      </w:r>
      <w:proofErr w:type="spellStart"/>
      <w:r w:rsidRPr="004A3E8A">
        <w:rPr>
          <w:rFonts w:ascii="Times New Roman" w:hAnsi="Times New Roman"/>
          <w:sz w:val="24"/>
        </w:rPr>
        <w:t>Senat</w:t>
      </w:r>
      <w:proofErr w:type="spellEnd"/>
      <w:r w:rsidRPr="004A3E8A">
        <w:rPr>
          <w:rFonts w:ascii="Times New Roman" w:hAnsi="Times New Roman"/>
          <w:sz w:val="24"/>
        </w:rPr>
        <w:t xml:space="preserve"> </w:t>
      </w:r>
      <w:proofErr w:type="spellStart"/>
      <w:r w:rsidRPr="004A3E8A">
        <w:rPr>
          <w:rFonts w:ascii="Times New Roman" w:hAnsi="Times New Roman"/>
          <w:sz w:val="24"/>
        </w:rPr>
        <w:t>Akademii</w:t>
      </w:r>
      <w:proofErr w:type="spellEnd"/>
      <w:r w:rsidRPr="004A3E8A">
        <w:rPr>
          <w:rFonts w:ascii="Times New Roman" w:hAnsi="Times New Roman"/>
          <w:sz w:val="24"/>
        </w:rPr>
        <w:t xml:space="preserve"> </w:t>
      </w:r>
      <w:proofErr w:type="spellStart"/>
      <w:r w:rsidRPr="004A3E8A">
        <w:rPr>
          <w:rFonts w:ascii="Times New Roman" w:hAnsi="Times New Roman"/>
          <w:sz w:val="24"/>
        </w:rPr>
        <w:t>Bialskiej</w:t>
      </w:r>
      <w:proofErr w:type="spellEnd"/>
      <w:r w:rsidRPr="004A3E8A">
        <w:rPr>
          <w:rFonts w:ascii="Times New Roman" w:hAnsi="Times New Roman"/>
          <w:sz w:val="24"/>
        </w:rPr>
        <w:t xml:space="preserve"> </w:t>
      </w:r>
      <w:proofErr w:type="spellStart"/>
      <w:r w:rsidRPr="004A3E8A">
        <w:rPr>
          <w:rFonts w:ascii="Times New Roman" w:hAnsi="Times New Roman"/>
          <w:sz w:val="24"/>
        </w:rPr>
        <w:t>im</w:t>
      </w:r>
      <w:proofErr w:type="spellEnd"/>
      <w:r w:rsidRPr="004A3E8A">
        <w:rPr>
          <w:rFonts w:ascii="Times New Roman" w:hAnsi="Times New Roman"/>
          <w:sz w:val="24"/>
        </w:rPr>
        <w:t xml:space="preserve">. Jana </w:t>
      </w:r>
      <w:proofErr w:type="spellStart"/>
      <w:r w:rsidRPr="004A3E8A">
        <w:rPr>
          <w:rFonts w:ascii="Times New Roman" w:hAnsi="Times New Roman"/>
          <w:sz w:val="24"/>
        </w:rPr>
        <w:t>Pawła</w:t>
      </w:r>
      <w:proofErr w:type="spellEnd"/>
      <w:r w:rsidRPr="004A3E8A">
        <w:rPr>
          <w:rFonts w:ascii="Times New Roman" w:hAnsi="Times New Roman"/>
          <w:sz w:val="24"/>
        </w:rPr>
        <w:t xml:space="preserve"> II </w:t>
      </w:r>
      <w:proofErr w:type="spellStart"/>
      <w:r w:rsidRPr="004A3E8A">
        <w:rPr>
          <w:rFonts w:ascii="Times New Roman" w:hAnsi="Times New Roman"/>
          <w:sz w:val="24"/>
        </w:rPr>
        <w:t>pozytywnie</w:t>
      </w:r>
      <w:proofErr w:type="spellEnd"/>
      <w:r w:rsidRPr="004A3E8A">
        <w:rPr>
          <w:rFonts w:ascii="Times New Roman" w:hAnsi="Times New Roman"/>
          <w:sz w:val="24"/>
        </w:rPr>
        <w:t xml:space="preserve"> </w:t>
      </w:r>
      <w:proofErr w:type="spellStart"/>
      <w:r w:rsidRPr="004A3E8A">
        <w:rPr>
          <w:rFonts w:ascii="Times New Roman" w:hAnsi="Times New Roman"/>
          <w:sz w:val="24"/>
        </w:rPr>
        <w:t>opiniuje</w:t>
      </w:r>
      <w:proofErr w:type="spellEnd"/>
      <w:r w:rsidRPr="004A3E8A">
        <w:rPr>
          <w:rFonts w:ascii="Times New Roman" w:hAnsi="Times New Roman"/>
          <w:sz w:val="24"/>
        </w:rPr>
        <w:t xml:space="preserve"> </w:t>
      </w:r>
      <w:proofErr w:type="spellStart"/>
      <w:r w:rsidRPr="004A3E8A">
        <w:rPr>
          <w:rFonts w:ascii="Times New Roman" w:hAnsi="Times New Roman"/>
          <w:sz w:val="24"/>
        </w:rPr>
        <w:t>likwidację</w:t>
      </w:r>
      <w:proofErr w:type="spellEnd"/>
      <w:r>
        <w:rPr>
          <w:rFonts w:ascii="Times New Roman" w:hAnsi="Times New Roman"/>
          <w:sz w:val="24"/>
        </w:rPr>
        <w:t xml:space="preserve"> Filii </w:t>
      </w:r>
      <w:proofErr w:type="spellStart"/>
      <w:r>
        <w:rPr>
          <w:rFonts w:ascii="Times New Roman" w:hAnsi="Times New Roman"/>
          <w:sz w:val="24"/>
        </w:rPr>
        <w:t>Akadmii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Bialkiej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im</w:t>
      </w:r>
      <w:proofErr w:type="spellEnd"/>
      <w:r>
        <w:rPr>
          <w:rFonts w:ascii="Times New Roman" w:hAnsi="Times New Roman"/>
          <w:sz w:val="24"/>
        </w:rPr>
        <w:t xml:space="preserve">. Jana </w:t>
      </w:r>
      <w:proofErr w:type="spellStart"/>
      <w:r>
        <w:rPr>
          <w:rFonts w:ascii="Times New Roman" w:hAnsi="Times New Roman"/>
          <w:sz w:val="24"/>
        </w:rPr>
        <w:t>Pawła</w:t>
      </w:r>
      <w:proofErr w:type="spellEnd"/>
      <w:r>
        <w:rPr>
          <w:rFonts w:ascii="Times New Roman" w:hAnsi="Times New Roman"/>
          <w:sz w:val="24"/>
        </w:rPr>
        <w:t xml:space="preserve"> II w </w:t>
      </w:r>
      <w:proofErr w:type="spellStart"/>
      <w:r>
        <w:rPr>
          <w:rFonts w:ascii="Times New Roman" w:hAnsi="Times New Roman"/>
          <w:sz w:val="24"/>
        </w:rPr>
        <w:t>Ra</w:t>
      </w:r>
      <w:r w:rsidR="00D91A93">
        <w:rPr>
          <w:rFonts w:ascii="Times New Roman" w:hAnsi="Times New Roman"/>
          <w:sz w:val="24"/>
        </w:rPr>
        <w:t>dzyniu</w:t>
      </w:r>
      <w:proofErr w:type="spellEnd"/>
      <w:r w:rsidR="00D91A93">
        <w:rPr>
          <w:rFonts w:ascii="Times New Roman" w:hAnsi="Times New Roman"/>
          <w:sz w:val="24"/>
        </w:rPr>
        <w:t xml:space="preserve"> </w:t>
      </w:r>
      <w:proofErr w:type="spellStart"/>
      <w:r w:rsidR="00D91A93">
        <w:rPr>
          <w:rFonts w:ascii="Times New Roman" w:hAnsi="Times New Roman"/>
          <w:sz w:val="24"/>
        </w:rPr>
        <w:t>Podlaskim</w:t>
      </w:r>
      <w:proofErr w:type="spellEnd"/>
      <w:r w:rsidR="00D91A93">
        <w:rPr>
          <w:rFonts w:ascii="Times New Roman" w:hAnsi="Times New Roman"/>
          <w:sz w:val="24"/>
        </w:rPr>
        <w:t xml:space="preserve">, </w:t>
      </w:r>
      <w:proofErr w:type="spellStart"/>
      <w:r w:rsidR="00D91A93">
        <w:rPr>
          <w:rFonts w:ascii="Times New Roman" w:hAnsi="Times New Roman"/>
          <w:sz w:val="24"/>
        </w:rPr>
        <w:t>począwszy</w:t>
      </w:r>
      <w:proofErr w:type="spellEnd"/>
      <w:r w:rsidR="00D91A93">
        <w:rPr>
          <w:rFonts w:ascii="Times New Roman" w:hAnsi="Times New Roman"/>
          <w:sz w:val="24"/>
        </w:rPr>
        <w:t xml:space="preserve"> od </w:t>
      </w:r>
      <w:proofErr w:type="spellStart"/>
      <w:r w:rsidR="00D91A93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oku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akademickiego</w:t>
      </w:r>
      <w:proofErr w:type="spellEnd"/>
      <w:r>
        <w:rPr>
          <w:rFonts w:ascii="Times New Roman" w:hAnsi="Times New Roman"/>
          <w:sz w:val="24"/>
        </w:rPr>
        <w:t xml:space="preserve"> 2025/2026.</w:t>
      </w:r>
    </w:p>
    <w:p w14:paraId="3BCEEA64" w14:textId="39CD698F" w:rsidR="00A7506D" w:rsidRPr="00A7506D" w:rsidRDefault="00C61917" w:rsidP="00C61917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/>
      </w:r>
      <w:r w:rsidRPr="00A7506D">
        <w:rPr>
          <w:rFonts w:ascii="Times New Roman" w:hAnsi="Times New Roman"/>
          <w:b/>
          <w:bCs/>
          <w:sz w:val="24"/>
        </w:rPr>
        <w:t xml:space="preserve">§ </w:t>
      </w:r>
      <w:r w:rsidR="004A3E8A">
        <w:rPr>
          <w:rFonts w:ascii="Times New Roman" w:hAnsi="Times New Roman"/>
          <w:b/>
          <w:bCs/>
          <w:sz w:val="24"/>
        </w:rPr>
        <w:t>2</w:t>
      </w:r>
    </w:p>
    <w:p w14:paraId="59FA616F" w14:textId="49A43696" w:rsidR="0042509C" w:rsidRDefault="004A3E8A" w:rsidP="00C61917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/>
      </w:r>
      <w:proofErr w:type="spellStart"/>
      <w:r>
        <w:rPr>
          <w:rFonts w:ascii="Times New Roman" w:hAnsi="Times New Roman"/>
          <w:sz w:val="24"/>
        </w:rPr>
        <w:t>Uchwała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wchodzi</w:t>
      </w:r>
      <w:proofErr w:type="spellEnd"/>
      <w:r>
        <w:rPr>
          <w:rFonts w:ascii="Times New Roman" w:hAnsi="Times New Roman"/>
          <w:sz w:val="24"/>
        </w:rPr>
        <w:t xml:space="preserve"> w </w:t>
      </w:r>
      <w:proofErr w:type="spellStart"/>
      <w:r>
        <w:rPr>
          <w:rFonts w:ascii="Times New Roman" w:hAnsi="Times New Roman"/>
          <w:sz w:val="24"/>
        </w:rPr>
        <w:t>życie</w:t>
      </w:r>
      <w:proofErr w:type="spellEnd"/>
      <w:r>
        <w:rPr>
          <w:rFonts w:ascii="Times New Roman" w:hAnsi="Times New Roman"/>
          <w:sz w:val="24"/>
        </w:rPr>
        <w:t xml:space="preserve"> z </w:t>
      </w:r>
      <w:proofErr w:type="spellStart"/>
      <w:r>
        <w:rPr>
          <w:rFonts w:ascii="Times New Roman" w:hAnsi="Times New Roman"/>
          <w:sz w:val="24"/>
        </w:rPr>
        <w:t>dniem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podjęcia</w:t>
      </w:r>
      <w:proofErr w:type="spellEnd"/>
      <w:r>
        <w:rPr>
          <w:rFonts w:ascii="Times New Roman" w:hAnsi="Times New Roman"/>
          <w:sz w:val="24"/>
        </w:rPr>
        <w:t>.</w:t>
      </w:r>
    </w:p>
    <w:p w14:paraId="41330D77" w14:textId="77777777" w:rsidR="000D180A" w:rsidRDefault="000D180A">
      <w:pPr>
        <w:rPr>
          <w:rFonts w:ascii="Times New Roman" w:hAnsi="Times New Roman"/>
          <w:sz w:val="24"/>
        </w:rPr>
      </w:pPr>
    </w:p>
    <w:p w14:paraId="0CA5724A" w14:textId="77777777" w:rsidR="000D180A" w:rsidRPr="00DE6D2F" w:rsidRDefault="000D180A" w:rsidP="000D180A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  <w:r w:rsidRPr="00DE6D2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prof. dr hab. Jerzy </w:t>
      </w:r>
      <w:proofErr w:type="spellStart"/>
      <w:r w:rsidRPr="00DE6D2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Nitychoruk</w:t>
      </w:r>
      <w:proofErr w:type="spellEnd"/>
    </w:p>
    <w:p w14:paraId="421E32DC" w14:textId="77777777" w:rsidR="000D180A" w:rsidRPr="00DE6D2F" w:rsidRDefault="000D180A" w:rsidP="000D180A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DE6D2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Przewodniczący Senatu</w:t>
      </w: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</w:r>
      <w:r w:rsidRPr="00DE6D2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Akademii Bialskiej im. Jana Pawła II</w:t>
      </w:r>
    </w:p>
    <w:p w14:paraId="1E6B1230" w14:textId="77777777" w:rsidR="000D180A" w:rsidRDefault="000D180A"/>
    <w:sectPr w:rsidR="000D180A" w:rsidSect="000D180A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1929229">
    <w:abstractNumId w:val="8"/>
  </w:num>
  <w:num w:numId="2" w16cid:durableId="1117945465">
    <w:abstractNumId w:val="6"/>
  </w:num>
  <w:num w:numId="3" w16cid:durableId="1961565287">
    <w:abstractNumId w:val="5"/>
  </w:num>
  <w:num w:numId="4" w16cid:durableId="2029063910">
    <w:abstractNumId w:val="4"/>
  </w:num>
  <w:num w:numId="5" w16cid:durableId="207302821">
    <w:abstractNumId w:val="7"/>
  </w:num>
  <w:num w:numId="6" w16cid:durableId="1384596503">
    <w:abstractNumId w:val="3"/>
  </w:num>
  <w:num w:numId="7" w16cid:durableId="209612418">
    <w:abstractNumId w:val="2"/>
  </w:num>
  <w:num w:numId="8" w16cid:durableId="1032077276">
    <w:abstractNumId w:val="1"/>
  </w:num>
  <w:num w:numId="9" w16cid:durableId="1452482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180A"/>
    <w:rsid w:val="0015074B"/>
    <w:rsid w:val="0029639D"/>
    <w:rsid w:val="002B5870"/>
    <w:rsid w:val="00326F90"/>
    <w:rsid w:val="00406708"/>
    <w:rsid w:val="0042509C"/>
    <w:rsid w:val="004A3E8A"/>
    <w:rsid w:val="00730568"/>
    <w:rsid w:val="007735D9"/>
    <w:rsid w:val="007B6F25"/>
    <w:rsid w:val="008123A5"/>
    <w:rsid w:val="00825250"/>
    <w:rsid w:val="008662D7"/>
    <w:rsid w:val="00910A09"/>
    <w:rsid w:val="00995167"/>
    <w:rsid w:val="00A22BD4"/>
    <w:rsid w:val="00A47A0F"/>
    <w:rsid w:val="00A7506D"/>
    <w:rsid w:val="00AA1D8D"/>
    <w:rsid w:val="00B47730"/>
    <w:rsid w:val="00B66F87"/>
    <w:rsid w:val="00C61917"/>
    <w:rsid w:val="00CB0664"/>
    <w:rsid w:val="00CB6451"/>
    <w:rsid w:val="00D91A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F5B8FEA0-AD4B-46F3-A234-7978B783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8BEE09-FBB9-4DEE-90DC-D90440F0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17</cp:revision>
  <dcterms:created xsi:type="dcterms:W3CDTF">2013-12-23T23:15:00Z</dcterms:created>
  <dcterms:modified xsi:type="dcterms:W3CDTF">2025-04-23T13:30:00Z</dcterms:modified>
  <cp:category/>
</cp:coreProperties>
</file>